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8EC18" w14:textId="77777777" w:rsidR="001F3BA3" w:rsidRDefault="00A24A9B">
      <w:pPr>
        <w:jc w:val="center"/>
      </w:pPr>
      <w:r>
        <w:rPr>
          <w:b/>
          <w:color w:val="124563"/>
          <w:sz w:val="32"/>
        </w:rPr>
        <w:t>VLOGA ZA ZAPOSLITEV</w:t>
      </w:r>
    </w:p>
    <w:p w14:paraId="6AE60D23" w14:textId="77777777" w:rsidR="001F3BA3" w:rsidRDefault="00A24A9B">
      <w:pPr>
        <w:jc w:val="center"/>
      </w:pPr>
      <w:r>
        <w:rPr>
          <w:b/>
        </w:rPr>
        <w:t>PODROČNI SEKRETAR – PVK</w:t>
      </w:r>
    </w:p>
    <w:p w14:paraId="1692EF4E" w14:textId="77777777" w:rsidR="001F3BA3" w:rsidRDefault="00A24A9B">
      <w:pPr>
        <w:jc w:val="center"/>
      </w:pPr>
      <w:r>
        <w:t xml:space="preserve">Šifra DM I017080  |  </w:t>
      </w:r>
      <w:proofErr w:type="spellStart"/>
      <w:r>
        <w:t>signirni</w:t>
      </w:r>
      <w:proofErr w:type="spellEnd"/>
      <w:r>
        <w:t xml:space="preserve"> znak DM 01003</w:t>
      </w:r>
    </w:p>
    <w:p w14:paraId="1DF332EB" w14:textId="77777777" w:rsidR="001F3BA3" w:rsidRDefault="001F3BA3">
      <w:pPr>
        <w:jc w:val="center"/>
      </w:pPr>
    </w:p>
    <w:p w14:paraId="15F521F6" w14:textId="77777777" w:rsidR="001F3BA3" w:rsidRDefault="00A24A9B">
      <w:pPr>
        <w:pStyle w:val="Hint"/>
        <w:rPr>
          <w:sz w:val="20"/>
          <w:szCs w:val="20"/>
        </w:rPr>
      </w:pPr>
      <w:r>
        <w:rPr>
          <w:sz w:val="20"/>
          <w:szCs w:val="20"/>
        </w:rPr>
        <w:t xml:space="preserve">Obrazec je priloga razpisa. Vsak podatek vpišite v svoje polje. Polja se ob vnosu besedila širijo; po potrebi lahko dodate vrstice ali kopirate </w:t>
      </w:r>
      <w:r>
        <w:rPr>
          <w:sz w:val="20"/>
          <w:szCs w:val="20"/>
        </w:rPr>
        <w:t>preglednico.</w:t>
      </w:r>
    </w:p>
    <w:p w14:paraId="7824A3DE" w14:textId="77777777" w:rsidR="001F3BA3" w:rsidRDefault="00A24A9B">
      <w:pPr>
        <w:pStyle w:val="Section"/>
        <w:keepNext/>
      </w:pPr>
      <w:r>
        <w:t>1. OSEBNI PODATKI</w:t>
      </w:r>
    </w:p>
    <w:tbl>
      <w:tblPr>
        <w:tblStyle w:val="Tabelamrea"/>
        <w:tblW w:w="0" w:type="auto"/>
        <w:tblLayout w:type="fixed"/>
        <w:tblLook w:val="04A0" w:firstRow="1" w:lastRow="0" w:firstColumn="1" w:lastColumn="0" w:noHBand="0" w:noVBand="1"/>
      </w:tblPr>
      <w:tblGrid>
        <w:gridCol w:w="2835"/>
        <w:gridCol w:w="6633"/>
      </w:tblGrid>
      <w:tr w:rsidR="001F3BA3" w14:paraId="1060DC6F" w14:textId="77777777">
        <w:tc>
          <w:tcPr>
            <w:tcW w:w="2835" w:type="dxa"/>
            <w:shd w:val="clear" w:color="auto" w:fill="E9F0F5"/>
            <w:tcMar>
              <w:top w:w="95" w:type="dxa"/>
              <w:left w:w="110" w:type="dxa"/>
              <w:bottom w:w="95" w:type="dxa"/>
              <w:right w:w="110" w:type="dxa"/>
            </w:tcMar>
            <w:vAlign w:val="center"/>
          </w:tcPr>
          <w:p w14:paraId="30AF831F" w14:textId="77777777" w:rsidR="001F3BA3" w:rsidRDefault="00A24A9B">
            <w:r>
              <w:t>Priimek</w:t>
            </w:r>
          </w:p>
        </w:tc>
        <w:tc>
          <w:tcPr>
            <w:tcW w:w="6633" w:type="dxa"/>
            <w:tcMar>
              <w:top w:w="95" w:type="dxa"/>
              <w:left w:w="110" w:type="dxa"/>
              <w:bottom w:w="95" w:type="dxa"/>
              <w:right w:w="110" w:type="dxa"/>
            </w:tcMar>
            <w:vAlign w:val="center"/>
          </w:tcPr>
          <w:p w14:paraId="5845FF52" w14:textId="77777777" w:rsidR="001F3BA3" w:rsidRDefault="00A24A9B">
            <w:r>
              <w:t xml:space="preserve"> </w:t>
            </w:r>
          </w:p>
        </w:tc>
      </w:tr>
      <w:tr w:rsidR="001F3BA3" w14:paraId="45B10FC0" w14:textId="77777777">
        <w:tc>
          <w:tcPr>
            <w:tcW w:w="2835" w:type="dxa"/>
            <w:shd w:val="clear" w:color="auto" w:fill="E9F0F5"/>
            <w:tcMar>
              <w:top w:w="95" w:type="dxa"/>
              <w:left w:w="110" w:type="dxa"/>
              <w:bottom w:w="95" w:type="dxa"/>
              <w:right w:w="110" w:type="dxa"/>
            </w:tcMar>
            <w:vAlign w:val="center"/>
          </w:tcPr>
          <w:p w14:paraId="6EF55A86" w14:textId="77777777" w:rsidR="001F3BA3" w:rsidRDefault="00A24A9B">
            <w:r>
              <w:t>Ime</w:t>
            </w:r>
          </w:p>
        </w:tc>
        <w:tc>
          <w:tcPr>
            <w:tcW w:w="6633" w:type="dxa"/>
            <w:tcMar>
              <w:top w:w="95" w:type="dxa"/>
              <w:left w:w="110" w:type="dxa"/>
              <w:bottom w:w="95" w:type="dxa"/>
              <w:right w:w="110" w:type="dxa"/>
            </w:tcMar>
            <w:vAlign w:val="center"/>
          </w:tcPr>
          <w:p w14:paraId="559EBC77" w14:textId="77777777" w:rsidR="001F3BA3" w:rsidRDefault="00A24A9B">
            <w:r>
              <w:t xml:space="preserve"> </w:t>
            </w:r>
          </w:p>
        </w:tc>
      </w:tr>
      <w:tr w:rsidR="001F3BA3" w14:paraId="4CE4AAEA" w14:textId="77777777">
        <w:tc>
          <w:tcPr>
            <w:tcW w:w="2835" w:type="dxa"/>
            <w:shd w:val="clear" w:color="auto" w:fill="E9F0F5"/>
            <w:tcMar>
              <w:top w:w="95" w:type="dxa"/>
              <w:left w:w="110" w:type="dxa"/>
              <w:bottom w:w="95" w:type="dxa"/>
              <w:right w:w="110" w:type="dxa"/>
            </w:tcMar>
            <w:vAlign w:val="center"/>
          </w:tcPr>
          <w:p w14:paraId="34B60F85" w14:textId="77777777" w:rsidR="001F3BA3" w:rsidRDefault="00A24A9B">
            <w:r>
              <w:t>Datum rojstva</w:t>
            </w:r>
          </w:p>
        </w:tc>
        <w:tc>
          <w:tcPr>
            <w:tcW w:w="6633" w:type="dxa"/>
            <w:tcMar>
              <w:top w:w="95" w:type="dxa"/>
              <w:left w:w="110" w:type="dxa"/>
              <w:bottom w:w="95" w:type="dxa"/>
              <w:right w:w="110" w:type="dxa"/>
            </w:tcMar>
            <w:vAlign w:val="center"/>
          </w:tcPr>
          <w:p w14:paraId="477E21D4" w14:textId="77777777" w:rsidR="001F3BA3" w:rsidRDefault="00A24A9B">
            <w:r>
              <w:t xml:space="preserve"> </w:t>
            </w:r>
          </w:p>
        </w:tc>
      </w:tr>
      <w:tr w:rsidR="001F3BA3" w14:paraId="40D357C9" w14:textId="77777777">
        <w:tc>
          <w:tcPr>
            <w:tcW w:w="2835" w:type="dxa"/>
            <w:shd w:val="clear" w:color="auto" w:fill="E9F0F5"/>
            <w:tcMar>
              <w:top w:w="95" w:type="dxa"/>
              <w:left w:w="110" w:type="dxa"/>
              <w:bottom w:w="95" w:type="dxa"/>
              <w:right w:w="110" w:type="dxa"/>
            </w:tcMar>
            <w:vAlign w:val="center"/>
          </w:tcPr>
          <w:p w14:paraId="7B7DB83C" w14:textId="77777777" w:rsidR="001F3BA3" w:rsidRDefault="00A24A9B">
            <w:r>
              <w:t>Državljanstvo</w:t>
            </w:r>
          </w:p>
        </w:tc>
        <w:tc>
          <w:tcPr>
            <w:tcW w:w="6633" w:type="dxa"/>
            <w:tcMar>
              <w:top w:w="95" w:type="dxa"/>
              <w:left w:w="110" w:type="dxa"/>
              <w:bottom w:w="95" w:type="dxa"/>
              <w:right w:w="110" w:type="dxa"/>
            </w:tcMar>
            <w:vAlign w:val="center"/>
          </w:tcPr>
          <w:p w14:paraId="2111BED9" w14:textId="77777777" w:rsidR="001F3BA3" w:rsidRDefault="00A24A9B">
            <w:r>
              <w:t xml:space="preserve"> </w:t>
            </w:r>
          </w:p>
        </w:tc>
      </w:tr>
      <w:tr w:rsidR="001F3BA3" w14:paraId="1372B016" w14:textId="77777777">
        <w:tc>
          <w:tcPr>
            <w:tcW w:w="2835" w:type="dxa"/>
            <w:shd w:val="clear" w:color="auto" w:fill="E9F0F5"/>
            <w:tcMar>
              <w:top w:w="95" w:type="dxa"/>
              <w:left w:w="110" w:type="dxa"/>
              <w:bottom w:w="95" w:type="dxa"/>
              <w:right w:w="110" w:type="dxa"/>
            </w:tcMar>
            <w:vAlign w:val="center"/>
          </w:tcPr>
          <w:p w14:paraId="06DB8267" w14:textId="77777777" w:rsidR="001F3BA3" w:rsidRDefault="00A24A9B">
            <w:r>
              <w:t>Naslov stalnega prebivališča</w:t>
            </w:r>
          </w:p>
        </w:tc>
        <w:tc>
          <w:tcPr>
            <w:tcW w:w="6633" w:type="dxa"/>
            <w:tcMar>
              <w:top w:w="95" w:type="dxa"/>
              <w:left w:w="110" w:type="dxa"/>
              <w:bottom w:w="95" w:type="dxa"/>
              <w:right w:w="110" w:type="dxa"/>
            </w:tcMar>
            <w:vAlign w:val="center"/>
          </w:tcPr>
          <w:p w14:paraId="2E266EBA" w14:textId="77777777" w:rsidR="001F3BA3" w:rsidRDefault="00A24A9B">
            <w:r>
              <w:t xml:space="preserve"> </w:t>
            </w:r>
          </w:p>
        </w:tc>
      </w:tr>
      <w:tr w:rsidR="001F3BA3" w14:paraId="6DAE8279" w14:textId="77777777">
        <w:tc>
          <w:tcPr>
            <w:tcW w:w="2835" w:type="dxa"/>
            <w:shd w:val="clear" w:color="auto" w:fill="E9F0F5"/>
            <w:tcMar>
              <w:top w:w="95" w:type="dxa"/>
              <w:left w:w="110" w:type="dxa"/>
              <w:bottom w:w="95" w:type="dxa"/>
              <w:right w:w="110" w:type="dxa"/>
            </w:tcMar>
            <w:vAlign w:val="center"/>
          </w:tcPr>
          <w:p w14:paraId="31D9FFA7" w14:textId="77777777" w:rsidR="001F3BA3" w:rsidRDefault="00A24A9B">
            <w:r>
              <w:t>Naslov za obveščanje (če je drugačen)</w:t>
            </w:r>
          </w:p>
        </w:tc>
        <w:tc>
          <w:tcPr>
            <w:tcW w:w="6633" w:type="dxa"/>
            <w:tcMar>
              <w:top w:w="95" w:type="dxa"/>
              <w:left w:w="110" w:type="dxa"/>
              <w:bottom w:w="95" w:type="dxa"/>
              <w:right w:w="110" w:type="dxa"/>
            </w:tcMar>
            <w:vAlign w:val="center"/>
          </w:tcPr>
          <w:p w14:paraId="13318456" w14:textId="77777777" w:rsidR="001F3BA3" w:rsidRDefault="00A24A9B">
            <w:r>
              <w:t xml:space="preserve"> </w:t>
            </w:r>
          </w:p>
        </w:tc>
      </w:tr>
      <w:tr w:rsidR="001F3BA3" w14:paraId="61D33AE3" w14:textId="77777777">
        <w:tc>
          <w:tcPr>
            <w:tcW w:w="2835" w:type="dxa"/>
            <w:shd w:val="clear" w:color="auto" w:fill="E9F0F5"/>
            <w:tcMar>
              <w:top w:w="95" w:type="dxa"/>
              <w:left w:w="110" w:type="dxa"/>
              <w:bottom w:w="95" w:type="dxa"/>
              <w:right w:w="110" w:type="dxa"/>
            </w:tcMar>
            <w:vAlign w:val="center"/>
          </w:tcPr>
          <w:p w14:paraId="5AD054BD" w14:textId="77777777" w:rsidR="001F3BA3" w:rsidRDefault="00A24A9B">
            <w:r>
              <w:t>Telefonska številka</w:t>
            </w:r>
          </w:p>
        </w:tc>
        <w:tc>
          <w:tcPr>
            <w:tcW w:w="6633" w:type="dxa"/>
            <w:tcMar>
              <w:top w:w="95" w:type="dxa"/>
              <w:left w:w="110" w:type="dxa"/>
              <w:bottom w:w="95" w:type="dxa"/>
              <w:right w:w="110" w:type="dxa"/>
            </w:tcMar>
            <w:vAlign w:val="center"/>
          </w:tcPr>
          <w:p w14:paraId="054FCF60" w14:textId="77777777" w:rsidR="001F3BA3" w:rsidRDefault="00A24A9B">
            <w:r>
              <w:t xml:space="preserve"> </w:t>
            </w:r>
          </w:p>
        </w:tc>
      </w:tr>
      <w:tr w:rsidR="001F3BA3" w14:paraId="0141833A" w14:textId="77777777">
        <w:tc>
          <w:tcPr>
            <w:tcW w:w="2835" w:type="dxa"/>
            <w:shd w:val="clear" w:color="auto" w:fill="E9F0F5"/>
            <w:tcMar>
              <w:top w:w="95" w:type="dxa"/>
              <w:left w:w="110" w:type="dxa"/>
              <w:bottom w:w="95" w:type="dxa"/>
              <w:right w:w="110" w:type="dxa"/>
            </w:tcMar>
            <w:vAlign w:val="center"/>
          </w:tcPr>
          <w:p w14:paraId="7F870C53" w14:textId="77777777" w:rsidR="001F3BA3" w:rsidRDefault="00A24A9B">
            <w:r>
              <w:t>Elektronski naslov za obveščanje</w:t>
            </w:r>
          </w:p>
        </w:tc>
        <w:tc>
          <w:tcPr>
            <w:tcW w:w="6633" w:type="dxa"/>
            <w:tcMar>
              <w:top w:w="95" w:type="dxa"/>
              <w:left w:w="110" w:type="dxa"/>
              <w:bottom w:w="95" w:type="dxa"/>
              <w:right w:w="110" w:type="dxa"/>
            </w:tcMar>
            <w:vAlign w:val="center"/>
          </w:tcPr>
          <w:p w14:paraId="7AF0C1A3" w14:textId="77777777" w:rsidR="001F3BA3" w:rsidRDefault="00A24A9B">
            <w:r>
              <w:t xml:space="preserve"> </w:t>
            </w:r>
          </w:p>
        </w:tc>
      </w:tr>
    </w:tbl>
    <w:p w14:paraId="49540908" w14:textId="77777777" w:rsidR="001F3BA3" w:rsidRDefault="00A24A9B">
      <w:pPr>
        <w:pStyle w:val="Section"/>
        <w:keepNext/>
      </w:pPr>
      <w:r>
        <w:t xml:space="preserve">2. PREJŠNJE ZAPOSLITVE IN DELOVNE </w:t>
      </w:r>
      <w:r>
        <w:t>IZKUŠNJE</w:t>
      </w:r>
    </w:p>
    <w:p w14:paraId="37EB6441" w14:textId="77777777" w:rsidR="001F3BA3" w:rsidRDefault="00A24A9B">
      <w:pPr>
        <w:pStyle w:val="Hint"/>
        <w:rPr>
          <w:sz w:val="18"/>
          <w:szCs w:val="18"/>
        </w:rPr>
      </w:pPr>
      <w:r>
        <w:rPr>
          <w:sz w:val="18"/>
          <w:szCs w:val="18"/>
        </w:rPr>
        <w:t>Navedite delodajalce od zadnjega do prvega. Za vsako zaposlitev oziroma drugo delo izpolnite ločeno preglednico. Podatki so namenjeni ugotavljanju izpolnjevanja pogoja glede zahtevanih delovnih izkušenj ob upoštevanju ravni izobrazbe, zahtevane za posamezno delovno mesto.</w:t>
      </w:r>
    </w:p>
    <w:p w14:paraId="5C71E994" w14:textId="77777777" w:rsidR="001F3BA3" w:rsidRDefault="00A24A9B">
      <w:pPr>
        <w:pStyle w:val="Hint"/>
        <w:rPr>
          <w:sz w:val="18"/>
          <w:szCs w:val="18"/>
        </w:rPr>
      </w:pPr>
      <w:r>
        <w:rPr>
          <w:sz w:val="18"/>
          <w:szCs w:val="18"/>
        </w:rPr>
        <w:t>Navedite zahtevano raven izobrazbe za posamezno delovno mesto (npr. VII/1, VII/2, 1. ali 2. bolonjska stopnja oziroma ustrezna raven SOK).</w:t>
      </w:r>
    </w:p>
    <w:tbl>
      <w:tblPr>
        <w:tblStyle w:val="Tabelamrea"/>
        <w:tblW w:w="0" w:type="auto"/>
        <w:tblLayout w:type="fixed"/>
        <w:tblLook w:val="04A0" w:firstRow="1" w:lastRow="0" w:firstColumn="1" w:lastColumn="0" w:noHBand="0" w:noVBand="1"/>
      </w:tblPr>
      <w:tblGrid>
        <w:gridCol w:w="2835"/>
        <w:gridCol w:w="7137"/>
      </w:tblGrid>
      <w:tr w:rsidR="001F3BA3" w14:paraId="30C6B7B0" w14:textId="77777777">
        <w:tc>
          <w:tcPr>
            <w:tcW w:w="9972" w:type="dxa"/>
            <w:gridSpan w:val="2"/>
            <w:shd w:val="clear" w:color="auto" w:fill="DCE8F1"/>
          </w:tcPr>
          <w:p w14:paraId="191AB60C" w14:textId="77777777" w:rsidR="001F3BA3" w:rsidRDefault="00A24A9B">
            <w:r>
              <w:rPr>
                <w:b/>
              </w:rPr>
              <w:t>TRENUTNA OZIROMA ZADNJA ZAPOSLITEV</w:t>
            </w:r>
          </w:p>
        </w:tc>
      </w:tr>
      <w:tr w:rsidR="001F3BA3" w14:paraId="069796BD" w14:textId="77777777">
        <w:tc>
          <w:tcPr>
            <w:tcW w:w="2835" w:type="dxa"/>
            <w:shd w:val="clear" w:color="auto" w:fill="E9F0F5"/>
            <w:tcMar>
              <w:top w:w="95" w:type="dxa"/>
              <w:left w:w="110" w:type="dxa"/>
              <w:bottom w:w="95" w:type="dxa"/>
              <w:right w:w="110" w:type="dxa"/>
            </w:tcMar>
            <w:vAlign w:val="center"/>
          </w:tcPr>
          <w:p w14:paraId="52819FCC" w14:textId="77777777" w:rsidR="001F3BA3" w:rsidRDefault="00A24A9B">
            <w:r>
              <w:t>Naziv in naslov delodajalca</w:t>
            </w:r>
          </w:p>
        </w:tc>
        <w:tc>
          <w:tcPr>
            <w:tcW w:w="6633" w:type="dxa"/>
            <w:tcMar>
              <w:top w:w="95" w:type="dxa"/>
              <w:left w:w="110" w:type="dxa"/>
              <w:bottom w:w="95" w:type="dxa"/>
              <w:right w:w="110" w:type="dxa"/>
            </w:tcMar>
            <w:vAlign w:val="center"/>
          </w:tcPr>
          <w:p w14:paraId="51DC2C2D" w14:textId="77777777" w:rsidR="001F3BA3" w:rsidRDefault="00A24A9B">
            <w:r>
              <w:t xml:space="preserve"> </w:t>
            </w:r>
          </w:p>
        </w:tc>
      </w:tr>
      <w:tr w:rsidR="001F3BA3" w14:paraId="369B476F" w14:textId="77777777">
        <w:tc>
          <w:tcPr>
            <w:tcW w:w="2835" w:type="dxa"/>
            <w:shd w:val="clear" w:color="auto" w:fill="E9F0F5"/>
            <w:tcMar>
              <w:top w:w="95" w:type="dxa"/>
              <w:left w:w="110" w:type="dxa"/>
              <w:bottom w:w="95" w:type="dxa"/>
              <w:right w:w="110" w:type="dxa"/>
            </w:tcMar>
            <w:vAlign w:val="center"/>
          </w:tcPr>
          <w:p w14:paraId="007E82B7" w14:textId="77777777" w:rsidR="001F3BA3" w:rsidRDefault="00A24A9B">
            <w:r>
              <w:t xml:space="preserve">Vrsta dela / </w:t>
            </w:r>
            <w:r>
              <w:t>zaposlitve</w:t>
            </w:r>
          </w:p>
        </w:tc>
        <w:tc>
          <w:tcPr>
            <w:tcW w:w="6633" w:type="dxa"/>
            <w:tcMar>
              <w:top w:w="95" w:type="dxa"/>
              <w:left w:w="110" w:type="dxa"/>
              <w:bottom w:w="95" w:type="dxa"/>
              <w:right w:w="110" w:type="dxa"/>
            </w:tcMar>
            <w:vAlign w:val="center"/>
          </w:tcPr>
          <w:p w14:paraId="106966D9" w14:textId="77777777" w:rsidR="001F3BA3" w:rsidRDefault="00A24A9B">
            <w:r>
              <w:t xml:space="preserve"> </w:t>
            </w:r>
          </w:p>
        </w:tc>
      </w:tr>
      <w:tr w:rsidR="001F3BA3" w14:paraId="2DF2F457" w14:textId="77777777">
        <w:tc>
          <w:tcPr>
            <w:tcW w:w="2835" w:type="dxa"/>
            <w:shd w:val="clear" w:color="auto" w:fill="E9F0F5"/>
            <w:tcMar>
              <w:top w:w="95" w:type="dxa"/>
              <w:left w:w="110" w:type="dxa"/>
              <w:bottom w:w="95" w:type="dxa"/>
              <w:right w:w="110" w:type="dxa"/>
            </w:tcMar>
            <w:vAlign w:val="center"/>
          </w:tcPr>
          <w:p w14:paraId="7E103FEE" w14:textId="77777777" w:rsidR="001F3BA3" w:rsidRDefault="00A24A9B">
            <w:r>
              <w:t>Obdobje opravljanja dela (od–do)</w:t>
            </w:r>
          </w:p>
        </w:tc>
        <w:tc>
          <w:tcPr>
            <w:tcW w:w="6633" w:type="dxa"/>
            <w:tcMar>
              <w:top w:w="95" w:type="dxa"/>
              <w:left w:w="110" w:type="dxa"/>
              <w:bottom w:w="95" w:type="dxa"/>
              <w:right w:w="110" w:type="dxa"/>
            </w:tcMar>
            <w:vAlign w:val="center"/>
          </w:tcPr>
          <w:p w14:paraId="50718472" w14:textId="77777777" w:rsidR="001F3BA3" w:rsidRDefault="00A24A9B">
            <w:r>
              <w:t xml:space="preserve"> </w:t>
            </w:r>
          </w:p>
        </w:tc>
      </w:tr>
      <w:tr w:rsidR="001F3BA3" w14:paraId="4800E21A" w14:textId="77777777">
        <w:tc>
          <w:tcPr>
            <w:tcW w:w="2835" w:type="dxa"/>
            <w:shd w:val="clear" w:color="auto" w:fill="E9F0F5"/>
            <w:tcMar>
              <w:top w:w="95" w:type="dxa"/>
              <w:left w:w="110" w:type="dxa"/>
              <w:bottom w:w="95" w:type="dxa"/>
              <w:right w:w="110" w:type="dxa"/>
            </w:tcMar>
            <w:vAlign w:val="center"/>
          </w:tcPr>
          <w:p w14:paraId="5C9468CC" w14:textId="77777777" w:rsidR="001F3BA3" w:rsidRDefault="00A24A9B">
            <w:r>
              <w:t>Skupaj (leta, meseci)</w:t>
            </w:r>
          </w:p>
        </w:tc>
        <w:tc>
          <w:tcPr>
            <w:tcW w:w="6633" w:type="dxa"/>
            <w:tcMar>
              <w:top w:w="95" w:type="dxa"/>
              <w:left w:w="110" w:type="dxa"/>
              <w:bottom w:w="95" w:type="dxa"/>
              <w:right w:w="110" w:type="dxa"/>
            </w:tcMar>
            <w:vAlign w:val="center"/>
          </w:tcPr>
          <w:p w14:paraId="448546FB" w14:textId="77777777" w:rsidR="001F3BA3" w:rsidRDefault="00A24A9B">
            <w:r>
              <w:t xml:space="preserve"> </w:t>
            </w:r>
          </w:p>
        </w:tc>
      </w:tr>
      <w:tr w:rsidR="001F3BA3" w14:paraId="7C702CCE" w14:textId="77777777">
        <w:tc>
          <w:tcPr>
            <w:tcW w:w="2835" w:type="dxa"/>
            <w:shd w:val="clear" w:color="auto" w:fill="E9F0F5"/>
            <w:tcMar>
              <w:top w:w="95" w:type="dxa"/>
              <w:left w:w="110" w:type="dxa"/>
              <w:bottom w:w="95" w:type="dxa"/>
              <w:right w:w="110" w:type="dxa"/>
            </w:tcMar>
            <w:vAlign w:val="center"/>
          </w:tcPr>
          <w:p w14:paraId="64EECDE5" w14:textId="77777777" w:rsidR="001F3BA3" w:rsidRDefault="00A24A9B">
            <w:r>
              <w:t>Naziv delovnega mesta</w:t>
            </w:r>
          </w:p>
        </w:tc>
        <w:tc>
          <w:tcPr>
            <w:tcW w:w="6633" w:type="dxa"/>
            <w:tcMar>
              <w:top w:w="95" w:type="dxa"/>
              <w:left w:w="110" w:type="dxa"/>
              <w:bottom w:w="95" w:type="dxa"/>
              <w:right w:w="110" w:type="dxa"/>
            </w:tcMar>
            <w:vAlign w:val="center"/>
          </w:tcPr>
          <w:p w14:paraId="385DAADA" w14:textId="77777777" w:rsidR="001F3BA3" w:rsidRDefault="00A24A9B">
            <w:r>
              <w:t xml:space="preserve"> </w:t>
            </w:r>
          </w:p>
        </w:tc>
      </w:tr>
      <w:tr w:rsidR="001F3BA3" w14:paraId="71F2FFE1" w14:textId="77777777">
        <w:tc>
          <w:tcPr>
            <w:tcW w:w="2835" w:type="dxa"/>
            <w:shd w:val="clear" w:color="auto" w:fill="E9F0F5"/>
            <w:tcMar>
              <w:top w:w="95" w:type="dxa"/>
              <w:left w:w="110" w:type="dxa"/>
              <w:bottom w:w="95" w:type="dxa"/>
              <w:right w:w="110" w:type="dxa"/>
            </w:tcMar>
            <w:vAlign w:val="center"/>
          </w:tcPr>
          <w:p w14:paraId="7673E334" w14:textId="77777777" w:rsidR="001F3BA3" w:rsidRDefault="00A24A9B">
            <w:r>
              <w:t>Zahtevana raven izobrazbe</w:t>
            </w:r>
          </w:p>
        </w:tc>
        <w:tc>
          <w:tcPr>
            <w:tcW w:w="6633" w:type="dxa"/>
            <w:tcMar>
              <w:top w:w="95" w:type="dxa"/>
              <w:left w:w="110" w:type="dxa"/>
              <w:bottom w:w="95" w:type="dxa"/>
              <w:right w:w="110" w:type="dxa"/>
            </w:tcMar>
            <w:vAlign w:val="center"/>
          </w:tcPr>
          <w:p w14:paraId="56E03235" w14:textId="77777777" w:rsidR="001F3BA3" w:rsidRDefault="00A24A9B">
            <w:r>
              <w:t xml:space="preserve"> </w:t>
            </w:r>
          </w:p>
        </w:tc>
      </w:tr>
      <w:tr w:rsidR="001F3BA3" w14:paraId="35B4BF28" w14:textId="77777777">
        <w:tc>
          <w:tcPr>
            <w:tcW w:w="2835" w:type="dxa"/>
            <w:shd w:val="clear" w:color="auto" w:fill="E9F0F5"/>
            <w:tcMar>
              <w:top w:w="95" w:type="dxa"/>
              <w:left w:w="110" w:type="dxa"/>
              <w:bottom w:w="95" w:type="dxa"/>
              <w:right w:w="110" w:type="dxa"/>
            </w:tcMar>
            <w:vAlign w:val="center"/>
          </w:tcPr>
          <w:p w14:paraId="124F58C5" w14:textId="77777777" w:rsidR="001F3BA3" w:rsidRDefault="00A24A9B">
            <w:r>
              <w:t>Opis del in nalog</w:t>
            </w:r>
          </w:p>
        </w:tc>
        <w:tc>
          <w:tcPr>
            <w:tcW w:w="6633" w:type="dxa"/>
            <w:tcMar>
              <w:top w:w="95" w:type="dxa"/>
              <w:left w:w="110" w:type="dxa"/>
              <w:bottom w:w="95" w:type="dxa"/>
              <w:right w:w="110" w:type="dxa"/>
            </w:tcMar>
            <w:vAlign w:val="center"/>
          </w:tcPr>
          <w:p w14:paraId="090D4520" w14:textId="77777777" w:rsidR="001F3BA3" w:rsidRDefault="00A24A9B">
            <w:r>
              <w:t xml:space="preserve"> </w:t>
            </w:r>
          </w:p>
          <w:p w14:paraId="5D21A202" w14:textId="77777777" w:rsidR="001F3BA3" w:rsidRDefault="00A24A9B">
            <w:r>
              <w:t xml:space="preserve"> </w:t>
            </w:r>
          </w:p>
          <w:p w14:paraId="6E510835" w14:textId="77777777" w:rsidR="001F3BA3" w:rsidRDefault="00A24A9B">
            <w:r>
              <w:t xml:space="preserve"> </w:t>
            </w:r>
          </w:p>
        </w:tc>
      </w:tr>
      <w:tr w:rsidR="001F3BA3" w14:paraId="5E65EBDD" w14:textId="77777777">
        <w:tc>
          <w:tcPr>
            <w:tcW w:w="2835" w:type="dxa"/>
            <w:shd w:val="clear" w:color="auto" w:fill="E9F0F5"/>
            <w:tcMar>
              <w:top w:w="95" w:type="dxa"/>
              <w:left w:w="110" w:type="dxa"/>
              <w:bottom w:w="95" w:type="dxa"/>
              <w:right w:w="110" w:type="dxa"/>
            </w:tcMar>
            <w:vAlign w:val="center"/>
          </w:tcPr>
          <w:p w14:paraId="72163C91" w14:textId="77777777" w:rsidR="001F3BA3" w:rsidRDefault="00A24A9B">
            <w:r>
              <w:t>Dolžina odpovednega roka</w:t>
            </w:r>
          </w:p>
        </w:tc>
        <w:tc>
          <w:tcPr>
            <w:tcW w:w="6633" w:type="dxa"/>
            <w:tcMar>
              <w:top w:w="95" w:type="dxa"/>
              <w:left w:w="110" w:type="dxa"/>
              <w:bottom w:w="95" w:type="dxa"/>
              <w:right w:w="110" w:type="dxa"/>
            </w:tcMar>
            <w:vAlign w:val="center"/>
          </w:tcPr>
          <w:p w14:paraId="5A1E7B1D" w14:textId="77777777" w:rsidR="001F3BA3" w:rsidRDefault="00A24A9B">
            <w:r>
              <w:t xml:space="preserve"> </w:t>
            </w:r>
          </w:p>
        </w:tc>
      </w:tr>
    </w:tbl>
    <w:p w14:paraId="07165F72" w14:textId="77777777" w:rsidR="001F3BA3" w:rsidRDefault="00A24A9B">
      <w:pPr>
        <w:pStyle w:val="Hint"/>
      </w:pPr>
      <w:r>
        <w:t xml:space="preserve"> </w:t>
      </w:r>
    </w:p>
    <w:tbl>
      <w:tblPr>
        <w:tblStyle w:val="Tabelamrea"/>
        <w:tblW w:w="0" w:type="auto"/>
        <w:tblLayout w:type="fixed"/>
        <w:tblLook w:val="04A0" w:firstRow="1" w:lastRow="0" w:firstColumn="1" w:lastColumn="0" w:noHBand="0" w:noVBand="1"/>
      </w:tblPr>
      <w:tblGrid>
        <w:gridCol w:w="2835"/>
        <w:gridCol w:w="7137"/>
      </w:tblGrid>
      <w:tr w:rsidR="001F3BA3" w14:paraId="56197EDD" w14:textId="77777777">
        <w:tc>
          <w:tcPr>
            <w:tcW w:w="9972" w:type="dxa"/>
            <w:gridSpan w:val="2"/>
            <w:shd w:val="clear" w:color="auto" w:fill="DCE8F1"/>
          </w:tcPr>
          <w:p w14:paraId="005849F2" w14:textId="77777777" w:rsidR="001F3BA3" w:rsidRDefault="00A24A9B">
            <w:r>
              <w:rPr>
                <w:b/>
              </w:rPr>
              <w:lastRenderedPageBreak/>
              <w:t>PREJŠNJA ZAPOSLITEV</w:t>
            </w:r>
          </w:p>
        </w:tc>
      </w:tr>
      <w:tr w:rsidR="001F3BA3" w14:paraId="1345076B" w14:textId="77777777">
        <w:tc>
          <w:tcPr>
            <w:tcW w:w="2835" w:type="dxa"/>
            <w:shd w:val="clear" w:color="auto" w:fill="E9F0F5"/>
            <w:tcMar>
              <w:top w:w="95" w:type="dxa"/>
              <w:left w:w="110" w:type="dxa"/>
              <w:bottom w:w="95" w:type="dxa"/>
              <w:right w:w="110" w:type="dxa"/>
            </w:tcMar>
            <w:vAlign w:val="center"/>
          </w:tcPr>
          <w:p w14:paraId="2B24B5BC" w14:textId="77777777" w:rsidR="001F3BA3" w:rsidRDefault="00A24A9B">
            <w:r>
              <w:t>Naziv in naslov delodajalca</w:t>
            </w:r>
          </w:p>
        </w:tc>
        <w:tc>
          <w:tcPr>
            <w:tcW w:w="6633" w:type="dxa"/>
            <w:tcMar>
              <w:top w:w="95" w:type="dxa"/>
              <w:left w:w="110" w:type="dxa"/>
              <w:bottom w:w="95" w:type="dxa"/>
              <w:right w:w="110" w:type="dxa"/>
            </w:tcMar>
            <w:vAlign w:val="center"/>
          </w:tcPr>
          <w:p w14:paraId="3A5CC02B" w14:textId="77777777" w:rsidR="001F3BA3" w:rsidRDefault="00A24A9B">
            <w:r>
              <w:t xml:space="preserve"> </w:t>
            </w:r>
          </w:p>
        </w:tc>
      </w:tr>
      <w:tr w:rsidR="001F3BA3" w14:paraId="6FA3B9F4" w14:textId="77777777">
        <w:tc>
          <w:tcPr>
            <w:tcW w:w="2835" w:type="dxa"/>
            <w:shd w:val="clear" w:color="auto" w:fill="E9F0F5"/>
            <w:tcMar>
              <w:top w:w="95" w:type="dxa"/>
              <w:left w:w="110" w:type="dxa"/>
              <w:bottom w:w="95" w:type="dxa"/>
              <w:right w:w="110" w:type="dxa"/>
            </w:tcMar>
            <w:vAlign w:val="center"/>
          </w:tcPr>
          <w:p w14:paraId="5A3A4685" w14:textId="77777777" w:rsidR="001F3BA3" w:rsidRDefault="00A24A9B">
            <w:r>
              <w:t xml:space="preserve">Vrsta dela / </w:t>
            </w:r>
            <w:r>
              <w:t>zaposlitve</w:t>
            </w:r>
          </w:p>
        </w:tc>
        <w:tc>
          <w:tcPr>
            <w:tcW w:w="6633" w:type="dxa"/>
            <w:tcMar>
              <w:top w:w="95" w:type="dxa"/>
              <w:left w:w="110" w:type="dxa"/>
              <w:bottom w:w="95" w:type="dxa"/>
              <w:right w:w="110" w:type="dxa"/>
            </w:tcMar>
            <w:vAlign w:val="center"/>
          </w:tcPr>
          <w:p w14:paraId="08B0546E" w14:textId="77777777" w:rsidR="001F3BA3" w:rsidRDefault="00A24A9B">
            <w:r>
              <w:t xml:space="preserve"> </w:t>
            </w:r>
          </w:p>
        </w:tc>
      </w:tr>
      <w:tr w:rsidR="001F3BA3" w14:paraId="2CD15E60" w14:textId="77777777">
        <w:tc>
          <w:tcPr>
            <w:tcW w:w="2835" w:type="dxa"/>
            <w:shd w:val="clear" w:color="auto" w:fill="E9F0F5"/>
            <w:tcMar>
              <w:top w:w="95" w:type="dxa"/>
              <w:left w:w="110" w:type="dxa"/>
              <w:bottom w:w="95" w:type="dxa"/>
              <w:right w:w="110" w:type="dxa"/>
            </w:tcMar>
            <w:vAlign w:val="center"/>
          </w:tcPr>
          <w:p w14:paraId="7721B61B" w14:textId="77777777" w:rsidR="001F3BA3" w:rsidRDefault="00A24A9B">
            <w:r>
              <w:t>Obdobje opravljanja dela (od–do)</w:t>
            </w:r>
          </w:p>
        </w:tc>
        <w:tc>
          <w:tcPr>
            <w:tcW w:w="6633" w:type="dxa"/>
            <w:tcMar>
              <w:top w:w="95" w:type="dxa"/>
              <w:left w:w="110" w:type="dxa"/>
              <w:bottom w:w="95" w:type="dxa"/>
              <w:right w:w="110" w:type="dxa"/>
            </w:tcMar>
            <w:vAlign w:val="center"/>
          </w:tcPr>
          <w:p w14:paraId="63541C5F" w14:textId="77777777" w:rsidR="001F3BA3" w:rsidRDefault="00A24A9B">
            <w:r>
              <w:t xml:space="preserve"> </w:t>
            </w:r>
          </w:p>
        </w:tc>
      </w:tr>
      <w:tr w:rsidR="001F3BA3" w14:paraId="6BC50344" w14:textId="77777777">
        <w:tc>
          <w:tcPr>
            <w:tcW w:w="2835" w:type="dxa"/>
            <w:shd w:val="clear" w:color="auto" w:fill="E9F0F5"/>
            <w:tcMar>
              <w:top w:w="95" w:type="dxa"/>
              <w:left w:w="110" w:type="dxa"/>
              <w:bottom w:w="95" w:type="dxa"/>
              <w:right w:w="110" w:type="dxa"/>
            </w:tcMar>
            <w:vAlign w:val="center"/>
          </w:tcPr>
          <w:p w14:paraId="771E57FF" w14:textId="77777777" w:rsidR="001F3BA3" w:rsidRDefault="00A24A9B">
            <w:r>
              <w:t>Skupaj (leta, meseci)</w:t>
            </w:r>
          </w:p>
        </w:tc>
        <w:tc>
          <w:tcPr>
            <w:tcW w:w="6633" w:type="dxa"/>
            <w:tcMar>
              <w:top w:w="95" w:type="dxa"/>
              <w:left w:w="110" w:type="dxa"/>
              <w:bottom w:w="95" w:type="dxa"/>
              <w:right w:w="110" w:type="dxa"/>
            </w:tcMar>
            <w:vAlign w:val="center"/>
          </w:tcPr>
          <w:p w14:paraId="6222CAA5" w14:textId="77777777" w:rsidR="001F3BA3" w:rsidRDefault="00A24A9B">
            <w:r>
              <w:t xml:space="preserve"> </w:t>
            </w:r>
          </w:p>
        </w:tc>
      </w:tr>
      <w:tr w:rsidR="001F3BA3" w14:paraId="16906CC0" w14:textId="77777777">
        <w:tc>
          <w:tcPr>
            <w:tcW w:w="2835" w:type="dxa"/>
            <w:shd w:val="clear" w:color="auto" w:fill="E9F0F5"/>
            <w:tcMar>
              <w:top w:w="95" w:type="dxa"/>
              <w:left w:w="110" w:type="dxa"/>
              <w:bottom w:w="95" w:type="dxa"/>
              <w:right w:w="110" w:type="dxa"/>
            </w:tcMar>
            <w:vAlign w:val="center"/>
          </w:tcPr>
          <w:p w14:paraId="001B340E" w14:textId="77777777" w:rsidR="001F3BA3" w:rsidRDefault="00A24A9B">
            <w:r>
              <w:t>Naziv delovnega mesta</w:t>
            </w:r>
          </w:p>
        </w:tc>
        <w:tc>
          <w:tcPr>
            <w:tcW w:w="6633" w:type="dxa"/>
            <w:tcMar>
              <w:top w:w="95" w:type="dxa"/>
              <w:left w:w="110" w:type="dxa"/>
              <w:bottom w:w="95" w:type="dxa"/>
              <w:right w:w="110" w:type="dxa"/>
            </w:tcMar>
            <w:vAlign w:val="center"/>
          </w:tcPr>
          <w:p w14:paraId="2EA8A360" w14:textId="77777777" w:rsidR="001F3BA3" w:rsidRDefault="00A24A9B">
            <w:r>
              <w:t xml:space="preserve"> </w:t>
            </w:r>
          </w:p>
        </w:tc>
      </w:tr>
      <w:tr w:rsidR="001F3BA3" w14:paraId="1751BE54" w14:textId="77777777">
        <w:tc>
          <w:tcPr>
            <w:tcW w:w="2835" w:type="dxa"/>
            <w:shd w:val="clear" w:color="auto" w:fill="E9F0F5"/>
            <w:tcMar>
              <w:top w:w="95" w:type="dxa"/>
              <w:left w:w="110" w:type="dxa"/>
              <w:bottom w:w="95" w:type="dxa"/>
              <w:right w:w="110" w:type="dxa"/>
            </w:tcMar>
            <w:vAlign w:val="center"/>
          </w:tcPr>
          <w:p w14:paraId="3DA8BF91" w14:textId="77777777" w:rsidR="001F3BA3" w:rsidRDefault="00A24A9B">
            <w:r>
              <w:t>Zahtevana raven izobrazbe</w:t>
            </w:r>
          </w:p>
        </w:tc>
        <w:tc>
          <w:tcPr>
            <w:tcW w:w="6633" w:type="dxa"/>
            <w:tcMar>
              <w:top w:w="95" w:type="dxa"/>
              <w:left w:w="110" w:type="dxa"/>
              <w:bottom w:w="95" w:type="dxa"/>
              <w:right w:w="110" w:type="dxa"/>
            </w:tcMar>
            <w:vAlign w:val="center"/>
          </w:tcPr>
          <w:p w14:paraId="0DC9F1E6" w14:textId="77777777" w:rsidR="001F3BA3" w:rsidRDefault="00A24A9B">
            <w:r>
              <w:t xml:space="preserve"> </w:t>
            </w:r>
          </w:p>
        </w:tc>
      </w:tr>
      <w:tr w:rsidR="001F3BA3" w14:paraId="5627288D" w14:textId="77777777">
        <w:tc>
          <w:tcPr>
            <w:tcW w:w="2835" w:type="dxa"/>
            <w:shd w:val="clear" w:color="auto" w:fill="E9F0F5"/>
            <w:tcMar>
              <w:top w:w="95" w:type="dxa"/>
              <w:left w:w="110" w:type="dxa"/>
              <w:bottom w:w="95" w:type="dxa"/>
              <w:right w:w="110" w:type="dxa"/>
            </w:tcMar>
            <w:vAlign w:val="center"/>
          </w:tcPr>
          <w:p w14:paraId="35FF51B7" w14:textId="77777777" w:rsidR="001F3BA3" w:rsidRDefault="00A24A9B">
            <w:r>
              <w:t>Opis del in nalog</w:t>
            </w:r>
          </w:p>
        </w:tc>
        <w:tc>
          <w:tcPr>
            <w:tcW w:w="6633" w:type="dxa"/>
            <w:tcMar>
              <w:top w:w="95" w:type="dxa"/>
              <w:left w:w="110" w:type="dxa"/>
              <w:bottom w:w="95" w:type="dxa"/>
              <w:right w:w="110" w:type="dxa"/>
            </w:tcMar>
            <w:vAlign w:val="center"/>
          </w:tcPr>
          <w:p w14:paraId="1EEEB1F9" w14:textId="77777777" w:rsidR="001F3BA3" w:rsidRDefault="00A24A9B">
            <w:r>
              <w:t xml:space="preserve"> </w:t>
            </w:r>
          </w:p>
          <w:p w14:paraId="462E64CA" w14:textId="77777777" w:rsidR="001F3BA3" w:rsidRDefault="00A24A9B">
            <w:r>
              <w:t xml:space="preserve"> </w:t>
            </w:r>
          </w:p>
          <w:p w14:paraId="7CDD7039" w14:textId="77777777" w:rsidR="001F3BA3" w:rsidRDefault="00A24A9B">
            <w:r>
              <w:t xml:space="preserve"> </w:t>
            </w:r>
          </w:p>
        </w:tc>
      </w:tr>
    </w:tbl>
    <w:p w14:paraId="374B8E27" w14:textId="77777777" w:rsidR="001F3BA3" w:rsidRDefault="00A24A9B">
      <w:pPr>
        <w:pStyle w:val="Hint"/>
      </w:pPr>
      <w:r>
        <w:t xml:space="preserve"> </w:t>
      </w:r>
    </w:p>
    <w:tbl>
      <w:tblPr>
        <w:tblStyle w:val="Tabelamrea"/>
        <w:tblW w:w="0" w:type="auto"/>
        <w:tblLayout w:type="fixed"/>
        <w:tblLook w:val="04A0" w:firstRow="1" w:lastRow="0" w:firstColumn="1" w:lastColumn="0" w:noHBand="0" w:noVBand="1"/>
      </w:tblPr>
      <w:tblGrid>
        <w:gridCol w:w="2835"/>
        <w:gridCol w:w="7137"/>
      </w:tblGrid>
      <w:tr w:rsidR="001F3BA3" w14:paraId="59867C41" w14:textId="77777777">
        <w:tc>
          <w:tcPr>
            <w:tcW w:w="9972" w:type="dxa"/>
            <w:gridSpan w:val="2"/>
            <w:shd w:val="clear" w:color="auto" w:fill="DCE8F1"/>
          </w:tcPr>
          <w:p w14:paraId="68993B58" w14:textId="77777777" w:rsidR="001F3BA3" w:rsidRDefault="00A24A9B">
            <w:r>
              <w:rPr>
                <w:b/>
              </w:rPr>
              <w:t>PREJŠNJA ZAPOSLITEV</w:t>
            </w:r>
          </w:p>
        </w:tc>
      </w:tr>
      <w:tr w:rsidR="001F3BA3" w14:paraId="0282B8F9" w14:textId="77777777">
        <w:tc>
          <w:tcPr>
            <w:tcW w:w="2835" w:type="dxa"/>
            <w:shd w:val="clear" w:color="auto" w:fill="E9F0F5"/>
            <w:tcMar>
              <w:top w:w="95" w:type="dxa"/>
              <w:left w:w="110" w:type="dxa"/>
              <w:bottom w:w="95" w:type="dxa"/>
              <w:right w:w="110" w:type="dxa"/>
            </w:tcMar>
            <w:vAlign w:val="center"/>
          </w:tcPr>
          <w:p w14:paraId="1759A8ED" w14:textId="77777777" w:rsidR="001F3BA3" w:rsidRDefault="00A24A9B">
            <w:r>
              <w:t>Naziv in naslov delodajalca</w:t>
            </w:r>
          </w:p>
        </w:tc>
        <w:tc>
          <w:tcPr>
            <w:tcW w:w="6633" w:type="dxa"/>
            <w:tcMar>
              <w:top w:w="95" w:type="dxa"/>
              <w:left w:w="110" w:type="dxa"/>
              <w:bottom w:w="95" w:type="dxa"/>
              <w:right w:w="110" w:type="dxa"/>
            </w:tcMar>
            <w:vAlign w:val="center"/>
          </w:tcPr>
          <w:p w14:paraId="65B2415F" w14:textId="77777777" w:rsidR="001F3BA3" w:rsidRDefault="00A24A9B">
            <w:r>
              <w:t xml:space="preserve"> </w:t>
            </w:r>
          </w:p>
        </w:tc>
      </w:tr>
      <w:tr w:rsidR="001F3BA3" w14:paraId="0162A2A6" w14:textId="77777777">
        <w:tc>
          <w:tcPr>
            <w:tcW w:w="2835" w:type="dxa"/>
            <w:shd w:val="clear" w:color="auto" w:fill="E9F0F5"/>
            <w:tcMar>
              <w:top w:w="95" w:type="dxa"/>
              <w:left w:w="110" w:type="dxa"/>
              <w:bottom w:w="95" w:type="dxa"/>
              <w:right w:w="110" w:type="dxa"/>
            </w:tcMar>
            <w:vAlign w:val="center"/>
          </w:tcPr>
          <w:p w14:paraId="6BFEEBAA" w14:textId="77777777" w:rsidR="001F3BA3" w:rsidRDefault="00A24A9B">
            <w:r>
              <w:t>Vrsta dela / zaposlitve</w:t>
            </w:r>
          </w:p>
        </w:tc>
        <w:tc>
          <w:tcPr>
            <w:tcW w:w="6633" w:type="dxa"/>
            <w:tcMar>
              <w:top w:w="95" w:type="dxa"/>
              <w:left w:w="110" w:type="dxa"/>
              <w:bottom w:w="95" w:type="dxa"/>
              <w:right w:w="110" w:type="dxa"/>
            </w:tcMar>
            <w:vAlign w:val="center"/>
          </w:tcPr>
          <w:p w14:paraId="2DA3D657" w14:textId="77777777" w:rsidR="001F3BA3" w:rsidRDefault="00A24A9B">
            <w:r>
              <w:t xml:space="preserve"> </w:t>
            </w:r>
          </w:p>
        </w:tc>
      </w:tr>
      <w:tr w:rsidR="001F3BA3" w14:paraId="08F6818A" w14:textId="77777777">
        <w:tc>
          <w:tcPr>
            <w:tcW w:w="2835" w:type="dxa"/>
            <w:shd w:val="clear" w:color="auto" w:fill="E9F0F5"/>
            <w:tcMar>
              <w:top w:w="95" w:type="dxa"/>
              <w:left w:w="110" w:type="dxa"/>
              <w:bottom w:w="95" w:type="dxa"/>
              <w:right w:w="110" w:type="dxa"/>
            </w:tcMar>
            <w:vAlign w:val="center"/>
          </w:tcPr>
          <w:p w14:paraId="40066204" w14:textId="77777777" w:rsidR="001F3BA3" w:rsidRDefault="00A24A9B">
            <w:r>
              <w:t xml:space="preserve">Obdobje </w:t>
            </w:r>
            <w:r>
              <w:t>opravljanja dela (od–do)</w:t>
            </w:r>
          </w:p>
        </w:tc>
        <w:tc>
          <w:tcPr>
            <w:tcW w:w="6633" w:type="dxa"/>
            <w:tcMar>
              <w:top w:w="95" w:type="dxa"/>
              <w:left w:w="110" w:type="dxa"/>
              <w:bottom w:w="95" w:type="dxa"/>
              <w:right w:w="110" w:type="dxa"/>
            </w:tcMar>
            <w:vAlign w:val="center"/>
          </w:tcPr>
          <w:p w14:paraId="4FEB17A2" w14:textId="77777777" w:rsidR="001F3BA3" w:rsidRDefault="00A24A9B">
            <w:r>
              <w:t xml:space="preserve"> </w:t>
            </w:r>
          </w:p>
        </w:tc>
      </w:tr>
      <w:tr w:rsidR="001F3BA3" w14:paraId="53C35DF2" w14:textId="77777777">
        <w:tc>
          <w:tcPr>
            <w:tcW w:w="2835" w:type="dxa"/>
            <w:shd w:val="clear" w:color="auto" w:fill="E9F0F5"/>
            <w:tcMar>
              <w:top w:w="95" w:type="dxa"/>
              <w:left w:w="110" w:type="dxa"/>
              <w:bottom w:w="95" w:type="dxa"/>
              <w:right w:w="110" w:type="dxa"/>
            </w:tcMar>
            <w:vAlign w:val="center"/>
          </w:tcPr>
          <w:p w14:paraId="73D43CE2" w14:textId="77777777" w:rsidR="001F3BA3" w:rsidRDefault="00A24A9B">
            <w:r>
              <w:t>Skupaj (leta, meseci)</w:t>
            </w:r>
          </w:p>
        </w:tc>
        <w:tc>
          <w:tcPr>
            <w:tcW w:w="6633" w:type="dxa"/>
            <w:tcMar>
              <w:top w:w="95" w:type="dxa"/>
              <w:left w:w="110" w:type="dxa"/>
              <w:bottom w:w="95" w:type="dxa"/>
              <w:right w:w="110" w:type="dxa"/>
            </w:tcMar>
            <w:vAlign w:val="center"/>
          </w:tcPr>
          <w:p w14:paraId="30309B52" w14:textId="77777777" w:rsidR="001F3BA3" w:rsidRDefault="00A24A9B">
            <w:r>
              <w:t xml:space="preserve"> </w:t>
            </w:r>
          </w:p>
        </w:tc>
      </w:tr>
      <w:tr w:rsidR="001F3BA3" w14:paraId="22F8C8C9" w14:textId="77777777">
        <w:tc>
          <w:tcPr>
            <w:tcW w:w="2835" w:type="dxa"/>
            <w:shd w:val="clear" w:color="auto" w:fill="E9F0F5"/>
            <w:tcMar>
              <w:top w:w="95" w:type="dxa"/>
              <w:left w:w="110" w:type="dxa"/>
              <w:bottom w:w="95" w:type="dxa"/>
              <w:right w:w="110" w:type="dxa"/>
            </w:tcMar>
            <w:vAlign w:val="center"/>
          </w:tcPr>
          <w:p w14:paraId="08F7FFDC" w14:textId="77777777" w:rsidR="001F3BA3" w:rsidRDefault="00A24A9B">
            <w:r>
              <w:t>Naziv delovnega mesta</w:t>
            </w:r>
          </w:p>
        </w:tc>
        <w:tc>
          <w:tcPr>
            <w:tcW w:w="6633" w:type="dxa"/>
            <w:tcMar>
              <w:top w:w="95" w:type="dxa"/>
              <w:left w:w="110" w:type="dxa"/>
              <w:bottom w:w="95" w:type="dxa"/>
              <w:right w:w="110" w:type="dxa"/>
            </w:tcMar>
            <w:vAlign w:val="center"/>
          </w:tcPr>
          <w:p w14:paraId="2D1F4076" w14:textId="77777777" w:rsidR="001F3BA3" w:rsidRDefault="00A24A9B">
            <w:r>
              <w:t xml:space="preserve"> </w:t>
            </w:r>
          </w:p>
        </w:tc>
      </w:tr>
      <w:tr w:rsidR="001F3BA3" w14:paraId="4E51DF56" w14:textId="77777777">
        <w:tc>
          <w:tcPr>
            <w:tcW w:w="2835" w:type="dxa"/>
            <w:shd w:val="clear" w:color="auto" w:fill="E9F0F5"/>
            <w:tcMar>
              <w:top w:w="95" w:type="dxa"/>
              <w:left w:w="110" w:type="dxa"/>
              <w:bottom w:w="95" w:type="dxa"/>
              <w:right w:w="110" w:type="dxa"/>
            </w:tcMar>
            <w:vAlign w:val="center"/>
          </w:tcPr>
          <w:p w14:paraId="3D3B794C" w14:textId="77777777" w:rsidR="001F3BA3" w:rsidRDefault="00A24A9B">
            <w:r>
              <w:t>Zahtevana raven izobrazbe</w:t>
            </w:r>
          </w:p>
        </w:tc>
        <w:tc>
          <w:tcPr>
            <w:tcW w:w="6633" w:type="dxa"/>
            <w:tcMar>
              <w:top w:w="95" w:type="dxa"/>
              <w:left w:w="110" w:type="dxa"/>
              <w:bottom w:w="95" w:type="dxa"/>
              <w:right w:w="110" w:type="dxa"/>
            </w:tcMar>
            <w:vAlign w:val="center"/>
          </w:tcPr>
          <w:p w14:paraId="2DA92DE1" w14:textId="77777777" w:rsidR="001F3BA3" w:rsidRDefault="00A24A9B">
            <w:r>
              <w:t xml:space="preserve"> </w:t>
            </w:r>
          </w:p>
        </w:tc>
      </w:tr>
      <w:tr w:rsidR="001F3BA3" w14:paraId="20239C0E" w14:textId="77777777">
        <w:tc>
          <w:tcPr>
            <w:tcW w:w="2835" w:type="dxa"/>
            <w:shd w:val="clear" w:color="auto" w:fill="E9F0F5"/>
            <w:tcMar>
              <w:top w:w="95" w:type="dxa"/>
              <w:left w:w="110" w:type="dxa"/>
              <w:bottom w:w="95" w:type="dxa"/>
              <w:right w:w="110" w:type="dxa"/>
            </w:tcMar>
            <w:vAlign w:val="center"/>
          </w:tcPr>
          <w:p w14:paraId="35F1D4D6" w14:textId="77777777" w:rsidR="001F3BA3" w:rsidRDefault="00A24A9B">
            <w:r>
              <w:t>Opis del in nalog</w:t>
            </w:r>
          </w:p>
        </w:tc>
        <w:tc>
          <w:tcPr>
            <w:tcW w:w="6633" w:type="dxa"/>
            <w:tcMar>
              <w:top w:w="95" w:type="dxa"/>
              <w:left w:w="110" w:type="dxa"/>
              <w:bottom w:w="95" w:type="dxa"/>
              <w:right w:w="110" w:type="dxa"/>
            </w:tcMar>
            <w:vAlign w:val="center"/>
          </w:tcPr>
          <w:p w14:paraId="197EF37B" w14:textId="77777777" w:rsidR="001F3BA3" w:rsidRDefault="00A24A9B">
            <w:r>
              <w:t xml:space="preserve"> </w:t>
            </w:r>
          </w:p>
          <w:p w14:paraId="364F7214" w14:textId="77777777" w:rsidR="001F3BA3" w:rsidRDefault="00A24A9B">
            <w:r>
              <w:t xml:space="preserve"> </w:t>
            </w:r>
          </w:p>
          <w:p w14:paraId="20D82C2E" w14:textId="77777777" w:rsidR="001F3BA3" w:rsidRDefault="00A24A9B">
            <w:r>
              <w:t xml:space="preserve"> </w:t>
            </w:r>
          </w:p>
        </w:tc>
      </w:tr>
    </w:tbl>
    <w:p w14:paraId="11269989" w14:textId="77777777" w:rsidR="001F3BA3" w:rsidRDefault="00A24A9B">
      <w:pPr>
        <w:pStyle w:val="Hint"/>
      </w:pPr>
      <w:r>
        <w:t xml:space="preserve"> </w:t>
      </w:r>
    </w:p>
    <w:p w14:paraId="10DCC516" w14:textId="77777777" w:rsidR="001F3BA3" w:rsidRDefault="00A24A9B">
      <w:pPr>
        <w:pStyle w:val="Hint"/>
      </w:pPr>
      <w:r>
        <w:t>Če imate dodatne delovne izkušnje, dodajte kopijo preglednice.</w:t>
      </w:r>
    </w:p>
    <w:p w14:paraId="008185D5" w14:textId="77777777" w:rsidR="001F3BA3" w:rsidRDefault="00A24A9B">
      <w:pPr>
        <w:pStyle w:val="Section"/>
        <w:keepNext/>
      </w:pPr>
      <w:r>
        <w:t>3. IZOBRAZBA</w:t>
      </w:r>
    </w:p>
    <w:p w14:paraId="03F7EFA2" w14:textId="77777777" w:rsidR="001F3BA3" w:rsidRDefault="00A24A9B">
      <w:pPr>
        <w:pStyle w:val="Hint"/>
      </w:pPr>
      <w:r>
        <w:t xml:space="preserve">Navedite pridobljeno izobrazbo, </w:t>
      </w:r>
      <w:r>
        <w:t>predvsem tisto, s katero izpolnjujete razpisni pogoj.</w:t>
      </w:r>
    </w:p>
    <w:tbl>
      <w:tblPr>
        <w:tblStyle w:val="Tabelamrea"/>
        <w:tblW w:w="0" w:type="auto"/>
        <w:tblLayout w:type="fixed"/>
        <w:tblLook w:val="04A0" w:firstRow="1" w:lastRow="0" w:firstColumn="1" w:lastColumn="0" w:noHBand="0" w:noVBand="1"/>
      </w:tblPr>
      <w:tblGrid>
        <w:gridCol w:w="2835"/>
        <w:gridCol w:w="7137"/>
      </w:tblGrid>
      <w:tr w:rsidR="001F3BA3" w14:paraId="70265CA5" w14:textId="77777777">
        <w:tc>
          <w:tcPr>
            <w:tcW w:w="9972" w:type="dxa"/>
            <w:gridSpan w:val="2"/>
            <w:shd w:val="clear" w:color="auto" w:fill="DCE8F1"/>
          </w:tcPr>
          <w:p w14:paraId="59B0D69E" w14:textId="77777777" w:rsidR="001F3BA3" w:rsidRDefault="00A24A9B">
            <w:r>
              <w:rPr>
                <w:b/>
              </w:rPr>
              <w:t>IZOBRAZBA 1</w:t>
            </w:r>
          </w:p>
        </w:tc>
      </w:tr>
      <w:tr w:rsidR="001F3BA3" w14:paraId="5B37411B" w14:textId="77777777">
        <w:tc>
          <w:tcPr>
            <w:tcW w:w="2835" w:type="dxa"/>
            <w:shd w:val="clear" w:color="auto" w:fill="E9F0F5"/>
            <w:tcMar>
              <w:top w:w="95" w:type="dxa"/>
              <w:left w:w="110" w:type="dxa"/>
              <w:bottom w:w="95" w:type="dxa"/>
              <w:right w:w="110" w:type="dxa"/>
            </w:tcMar>
            <w:vAlign w:val="center"/>
          </w:tcPr>
          <w:p w14:paraId="0ABD2074" w14:textId="77777777" w:rsidR="001F3BA3" w:rsidRDefault="00A24A9B">
            <w:r>
              <w:t>Ime in sedež izobraževalne ustanove</w:t>
            </w:r>
          </w:p>
        </w:tc>
        <w:tc>
          <w:tcPr>
            <w:tcW w:w="6633" w:type="dxa"/>
            <w:tcMar>
              <w:top w:w="95" w:type="dxa"/>
              <w:left w:w="110" w:type="dxa"/>
              <w:bottom w:w="95" w:type="dxa"/>
              <w:right w:w="110" w:type="dxa"/>
            </w:tcMar>
            <w:vAlign w:val="center"/>
          </w:tcPr>
          <w:p w14:paraId="1492B505" w14:textId="77777777" w:rsidR="001F3BA3" w:rsidRDefault="00A24A9B">
            <w:r>
              <w:t xml:space="preserve"> </w:t>
            </w:r>
          </w:p>
        </w:tc>
      </w:tr>
      <w:tr w:rsidR="001F3BA3" w14:paraId="10E66BBE" w14:textId="77777777">
        <w:tc>
          <w:tcPr>
            <w:tcW w:w="2835" w:type="dxa"/>
            <w:shd w:val="clear" w:color="auto" w:fill="E9F0F5"/>
            <w:tcMar>
              <w:top w:w="95" w:type="dxa"/>
              <w:left w:w="110" w:type="dxa"/>
              <w:bottom w:w="95" w:type="dxa"/>
              <w:right w:w="110" w:type="dxa"/>
            </w:tcMar>
            <w:vAlign w:val="center"/>
          </w:tcPr>
          <w:p w14:paraId="71C97CCD" w14:textId="77777777" w:rsidR="001F3BA3" w:rsidRDefault="00A24A9B">
            <w:r>
              <w:t>Raven in smer izobrazbe</w:t>
            </w:r>
          </w:p>
        </w:tc>
        <w:tc>
          <w:tcPr>
            <w:tcW w:w="6633" w:type="dxa"/>
            <w:tcMar>
              <w:top w:w="95" w:type="dxa"/>
              <w:left w:w="110" w:type="dxa"/>
              <w:bottom w:w="95" w:type="dxa"/>
              <w:right w:w="110" w:type="dxa"/>
            </w:tcMar>
            <w:vAlign w:val="center"/>
          </w:tcPr>
          <w:p w14:paraId="59C5B610" w14:textId="77777777" w:rsidR="001F3BA3" w:rsidRDefault="00A24A9B">
            <w:r>
              <w:t xml:space="preserve"> </w:t>
            </w:r>
          </w:p>
        </w:tc>
      </w:tr>
      <w:tr w:rsidR="001F3BA3" w14:paraId="14876E0F" w14:textId="77777777">
        <w:tc>
          <w:tcPr>
            <w:tcW w:w="2835" w:type="dxa"/>
            <w:shd w:val="clear" w:color="auto" w:fill="E9F0F5"/>
            <w:tcMar>
              <w:top w:w="95" w:type="dxa"/>
              <w:left w:w="110" w:type="dxa"/>
              <w:bottom w:w="95" w:type="dxa"/>
              <w:right w:w="110" w:type="dxa"/>
            </w:tcMar>
            <w:vAlign w:val="center"/>
          </w:tcPr>
          <w:p w14:paraId="72C00906" w14:textId="77777777" w:rsidR="001F3BA3" w:rsidRDefault="00A24A9B">
            <w:r>
              <w:t>Pridobljeni strokovni / znanstveni naziv</w:t>
            </w:r>
          </w:p>
        </w:tc>
        <w:tc>
          <w:tcPr>
            <w:tcW w:w="6633" w:type="dxa"/>
            <w:tcMar>
              <w:top w:w="95" w:type="dxa"/>
              <w:left w:w="110" w:type="dxa"/>
              <w:bottom w:w="95" w:type="dxa"/>
              <w:right w:w="110" w:type="dxa"/>
            </w:tcMar>
            <w:vAlign w:val="center"/>
          </w:tcPr>
          <w:p w14:paraId="4C272370" w14:textId="77777777" w:rsidR="001F3BA3" w:rsidRDefault="00A24A9B">
            <w:r>
              <w:t xml:space="preserve"> </w:t>
            </w:r>
          </w:p>
        </w:tc>
      </w:tr>
      <w:tr w:rsidR="001F3BA3" w14:paraId="20B64ACC" w14:textId="77777777">
        <w:tc>
          <w:tcPr>
            <w:tcW w:w="2835" w:type="dxa"/>
            <w:shd w:val="clear" w:color="auto" w:fill="E9F0F5"/>
            <w:tcMar>
              <w:top w:w="95" w:type="dxa"/>
              <w:left w:w="110" w:type="dxa"/>
              <w:bottom w:w="95" w:type="dxa"/>
              <w:right w:w="110" w:type="dxa"/>
            </w:tcMar>
            <w:vAlign w:val="center"/>
          </w:tcPr>
          <w:p w14:paraId="2A95FE48" w14:textId="77777777" w:rsidR="001F3BA3" w:rsidRDefault="00A24A9B">
            <w:r>
              <w:t>Datum pridobitve izobrazbe</w:t>
            </w:r>
          </w:p>
        </w:tc>
        <w:tc>
          <w:tcPr>
            <w:tcW w:w="6633" w:type="dxa"/>
            <w:tcMar>
              <w:top w:w="95" w:type="dxa"/>
              <w:left w:w="110" w:type="dxa"/>
              <w:bottom w:w="95" w:type="dxa"/>
              <w:right w:w="110" w:type="dxa"/>
            </w:tcMar>
            <w:vAlign w:val="center"/>
          </w:tcPr>
          <w:p w14:paraId="5748D8E9" w14:textId="77777777" w:rsidR="001F3BA3" w:rsidRDefault="00A24A9B">
            <w:r>
              <w:t xml:space="preserve"> </w:t>
            </w:r>
          </w:p>
        </w:tc>
      </w:tr>
    </w:tbl>
    <w:p w14:paraId="0C603A05" w14:textId="77777777" w:rsidR="001F3BA3" w:rsidRDefault="00A24A9B">
      <w:pPr>
        <w:pStyle w:val="Hint"/>
      </w:pPr>
      <w:r>
        <w:t xml:space="preserve"> </w:t>
      </w:r>
    </w:p>
    <w:tbl>
      <w:tblPr>
        <w:tblStyle w:val="Tabelamrea"/>
        <w:tblW w:w="0" w:type="auto"/>
        <w:tblLayout w:type="fixed"/>
        <w:tblLook w:val="04A0" w:firstRow="1" w:lastRow="0" w:firstColumn="1" w:lastColumn="0" w:noHBand="0" w:noVBand="1"/>
      </w:tblPr>
      <w:tblGrid>
        <w:gridCol w:w="2835"/>
        <w:gridCol w:w="7137"/>
      </w:tblGrid>
      <w:tr w:rsidR="001F3BA3" w14:paraId="792120BF" w14:textId="77777777">
        <w:tc>
          <w:tcPr>
            <w:tcW w:w="9972" w:type="dxa"/>
            <w:gridSpan w:val="2"/>
            <w:shd w:val="clear" w:color="auto" w:fill="DCE8F1"/>
          </w:tcPr>
          <w:p w14:paraId="629E9759" w14:textId="77777777" w:rsidR="001F3BA3" w:rsidRDefault="00A24A9B">
            <w:r>
              <w:rPr>
                <w:b/>
              </w:rPr>
              <w:t>IZOBRAZBA 2</w:t>
            </w:r>
          </w:p>
        </w:tc>
      </w:tr>
      <w:tr w:rsidR="001F3BA3" w14:paraId="7FB0CD98" w14:textId="77777777">
        <w:tc>
          <w:tcPr>
            <w:tcW w:w="2835" w:type="dxa"/>
            <w:shd w:val="clear" w:color="auto" w:fill="E9F0F5"/>
            <w:tcMar>
              <w:top w:w="95" w:type="dxa"/>
              <w:left w:w="110" w:type="dxa"/>
              <w:bottom w:w="95" w:type="dxa"/>
              <w:right w:w="110" w:type="dxa"/>
            </w:tcMar>
            <w:vAlign w:val="center"/>
          </w:tcPr>
          <w:p w14:paraId="06F2436A" w14:textId="77777777" w:rsidR="001F3BA3" w:rsidRDefault="00A24A9B">
            <w:r>
              <w:lastRenderedPageBreak/>
              <w:t xml:space="preserve">Ime in sedež </w:t>
            </w:r>
            <w:r>
              <w:t>izobraževalne ustanove</w:t>
            </w:r>
          </w:p>
        </w:tc>
        <w:tc>
          <w:tcPr>
            <w:tcW w:w="6633" w:type="dxa"/>
            <w:tcMar>
              <w:top w:w="95" w:type="dxa"/>
              <w:left w:w="110" w:type="dxa"/>
              <w:bottom w:w="95" w:type="dxa"/>
              <w:right w:w="110" w:type="dxa"/>
            </w:tcMar>
            <w:vAlign w:val="center"/>
          </w:tcPr>
          <w:p w14:paraId="1710EF16" w14:textId="77777777" w:rsidR="001F3BA3" w:rsidRDefault="00A24A9B">
            <w:r>
              <w:t xml:space="preserve"> </w:t>
            </w:r>
          </w:p>
        </w:tc>
      </w:tr>
      <w:tr w:rsidR="001F3BA3" w14:paraId="3B999AA3" w14:textId="77777777">
        <w:tc>
          <w:tcPr>
            <w:tcW w:w="2835" w:type="dxa"/>
            <w:shd w:val="clear" w:color="auto" w:fill="E9F0F5"/>
            <w:tcMar>
              <w:top w:w="95" w:type="dxa"/>
              <w:left w:w="110" w:type="dxa"/>
              <w:bottom w:w="95" w:type="dxa"/>
              <w:right w:w="110" w:type="dxa"/>
            </w:tcMar>
            <w:vAlign w:val="center"/>
          </w:tcPr>
          <w:p w14:paraId="3CCC3FAC" w14:textId="77777777" w:rsidR="001F3BA3" w:rsidRDefault="00A24A9B">
            <w:r>
              <w:t>Raven in smer izobrazbe</w:t>
            </w:r>
          </w:p>
        </w:tc>
        <w:tc>
          <w:tcPr>
            <w:tcW w:w="6633" w:type="dxa"/>
            <w:tcMar>
              <w:top w:w="95" w:type="dxa"/>
              <w:left w:w="110" w:type="dxa"/>
              <w:bottom w:w="95" w:type="dxa"/>
              <w:right w:w="110" w:type="dxa"/>
            </w:tcMar>
            <w:vAlign w:val="center"/>
          </w:tcPr>
          <w:p w14:paraId="02B38247" w14:textId="77777777" w:rsidR="001F3BA3" w:rsidRDefault="00A24A9B">
            <w:r>
              <w:t xml:space="preserve"> </w:t>
            </w:r>
          </w:p>
        </w:tc>
      </w:tr>
      <w:tr w:rsidR="001F3BA3" w14:paraId="113F9B98" w14:textId="77777777">
        <w:tc>
          <w:tcPr>
            <w:tcW w:w="2835" w:type="dxa"/>
            <w:shd w:val="clear" w:color="auto" w:fill="E9F0F5"/>
            <w:tcMar>
              <w:top w:w="95" w:type="dxa"/>
              <w:left w:w="110" w:type="dxa"/>
              <w:bottom w:w="95" w:type="dxa"/>
              <w:right w:w="110" w:type="dxa"/>
            </w:tcMar>
            <w:vAlign w:val="center"/>
          </w:tcPr>
          <w:p w14:paraId="0ECE2594" w14:textId="77777777" w:rsidR="001F3BA3" w:rsidRDefault="00A24A9B">
            <w:r>
              <w:t>Pridobljeni strokovni / znanstveni naziv</w:t>
            </w:r>
          </w:p>
        </w:tc>
        <w:tc>
          <w:tcPr>
            <w:tcW w:w="6633" w:type="dxa"/>
            <w:tcMar>
              <w:top w:w="95" w:type="dxa"/>
              <w:left w:w="110" w:type="dxa"/>
              <w:bottom w:w="95" w:type="dxa"/>
              <w:right w:w="110" w:type="dxa"/>
            </w:tcMar>
            <w:vAlign w:val="center"/>
          </w:tcPr>
          <w:p w14:paraId="15845863" w14:textId="77777777" w:rsidR="001F3BA3" w:rsidRDefault="00A24A9B">
            <w:r>
              <w:t xml:space="preserve"> </w:t>
            </w:r>
          </w:p>
        </w:tc>
      </w:tr>
      <w:tr w:rsidR="001F3BA3" w14:paraId="44B76193" w14:textId="77777777">
        <w:tc>
          <w:tcPr>
            <w:tcW w:w="2835" w:type="dxa"/>
            <w:shd w:val="clear" w:color="auto" w:fill="E9F0F5"/>
            <w:tcMar>
              <w:top w:w="95" w:type="dxa"/>
              <w:left w:w="110" w:type="dxa"/>
              <w:bottom w:w="95" w:type="dxa"/>
              <w:right w:w="110" w:type="dxa"/>
            </w:tcMar>
            <w:vAlign w:val="center"/>
          </w:tcPr>
          <w:p w14:paraId="5040D096" w14:textId="77777777" w:rsidR="001F3BA3" w:rsidRDefault="00A24A9B">
            <w:r>
              <w:t>Datum pridobitve izobrazbe</w:t>
            </w:r>
          </w:p>
        </w:tc>
        <w:tc>
          <w:tcPr>
            <w:tcW w:w="6633" w:type="dxa"/>
            <w:tcMar>
              <w:top w:w="95" w:type="dxa"/>
              <w:left w:w="110" w:type="dxa"/>
              <w:bottom w:w="95" w:type="dxa"/>
              <w:right w:w="110" w:type="dxa"/>
            </w:tcMar>
            <w:vAlign w:val="center"/>
          </w:tcPr>
          <w:p w14:paraId="618EF770" w14:textId="77777777" w:rsidR="001F3BA3" w:rsidRDefault="00A24A9B">
            <w:r>
              <w:t xml:space="preserve"> </w:t>
            </w:r>
          </w:p>
        </w:tc>
      </w:tr>
    </w:tbl>
    <w:p w14:paraId="4A270EBB" w14:textId="77777777" w:rsidR="001F3BA3" w:rsidRDefault="00A24A9B">
      <w:pPr>
        <w:pStyle w:val="Hint"/>
      </w:pPr>
      <w:r>
        <w:t xml:space="preserve"> </w:t>
      </w:r>
    </w:p>
    <w:p w14:paraId="576CFCF7" w14:textId="77777777" w:rsidR="001F3BA3" w:rsidRDefault="00A24A9B">
      <w:pPr>
        <w:pStyle w:val="Section"/>
        <w:keepNext/>
      </w:pPr>
      <w:r>
        <w:t>4. FUNKCIONALNA ZNANJA</w:t>
      </w:r>
    </w:p>
    <w:p w14:paraId="0B317231" w14:textId="77777777" w:rsidR="001F3BA3" w:rsidRDefault="00A24A9B">
      <w:pPr>
        <w:pStyle w:val="Hint"/>
        <w:rPr>
          <w:sz w:val="18"/>
          <w:szCs w:val="18"/>
        </w:rPr>
      </w:pPr>
      <w:r>
        <w:t>a</w:t>
      </w:r>
      <w:r>
        <w:rPr>
          <w:sz w:val="18"/>
          <w:szCs w:val="18"/>
        </w:rPr>
        <w:t>) Strokovni izpit iz upravnega postopka</w:t>
      </w:r>
    </w:p>
    <w:tbl>
      <w:tblPr>
        <w:tblStyle w:val="Tabelamrea"/>
        <w:tblW w:w="0" w:type="auto"/>
        <w:tblLayout w:type="fixed"/>
        <w:tblLook w:val="04A0" w:firstRow="1" w:lastRow="0" w:firstColumn="1" w:lastColumn="0" w:noHBand="0" w:noVBand="1"/>
      </w:tblPr>
      <w:tblGrid>
        <w:gridCol w:w="1134"/>
        <w:gridCol w:w="8334"/>
      </w:tblGrid>
      <w:tr w:rsidR="001F3BA3" w14:paraId="7F3C62C5" w14:textId="77777777">
        <w:tc>
          <w:tcPr>
            <w:tcW w:w="1134" w:type="dxa"/>
            <w:shd w:val="clear" w:color="auto" w:fill="E9F0F5"/>
            <w:tcMar>
              <w:top w:w="95" w:type="dxa"/>
              <w:left w:w="110" w:type="dxa"/>
              <w:bottom w:w="95" w:type="dxa"/>
              <w:right w:w="110" w:type="dxa"/>
            </w:tcMar>
            <w:vAlign w:val="center"/>
          </w:tcPr>
          <w:p w14:paraId="02F668D8" w14:textId="77777777" w:rsidR="001F3BA3" w:rsidRDefault="00A24A9B">
            <w:r>
              <w:t>☐</w:t>
            </w:r>
          </w:p>
        </w:tc>
        <w:tc>
          <w:tcPr>
            <w:tcW w:w="8334" w:type="dxa"/>
            <w:tcMar>
              <w:top w:w="95" w:type="dxa"/>
              <w:left w:w="110" w:type="dxa"/>
              <w:bottom w:w="95" w:type="dxa"/>
              <w:right w:w="110" w:type="dxa"/>
            </w:tcMar>
            <w:vAlign w:val="center"/>
          </w:tcPr>
          <w:p w14:paraId="4220CBEF" w14:textId="77777777" w:rsidR="001F3BA3" w:rsidRDefault="00A24A9B">
            <w:r>
              <w:t>Imam opravljen strokovni izpit iz upravnega postopka. Datum opravljenega izpita: ____________________</w:t>
            </w:r>
          </w:p>
        </w:tc>
      </w:tr>
      <w:tr w:rsidR="001F3BA3" w14:paraId="230D2593" w14:textId="77777777">
        <w:tc>
          <w:tcPr>
            <w:tcW w:w="1134" w:type="dxa"/>
            <w:shd w:val="clear" w:color="auto" w:fill="E9F0F5"/>
            <w:tcMar>
              <w:top w:w="95" w:type="dxa"/>
              <w:left w:w="110" w:type="dxa"/>
              <w:bottom w:w="95" w:type="dxa"/>
              <w:right w:w="110" w:type="dxa"/>
            </w:tcMar>
            <w:vAlign w:val="center"/>
          </w:tcPr>
          <w:p w14:paraId="4AA61355" w14:textId="77777777" w:rsidR="001F3BA3" w:rsidRDefault="00A24A9B">
            <w:r>
              <w:t>☐</w:t>
            </w:r>
          </w:p>
        </w:tc>
        <w:tc>
          <w:tcPr>
            <w:tcW w:w="8334" w:type="dxa"/>
            <w:tcMar>
              <w:top w:w="95" w:type="dxa"/>
              <w:left w:w="110" w:type="dxa"/>
              <w:bottom w:w="95" w:type="dxa"/>
              <w:right w:w="110" w:type="dxa"/>
            </w:tcMar>
            <w:vAlign w:val="center"/>
          </w:tcPr>
          <w:p w14:paraId="60406FC8" w14:textId="77777777" w:rsidR="001F3BA3" w:rsidRDefault="00A24A9B">
            <w:r>
              <w:t>Strokovnega izpita še nimam opravljenega in ga bom opravil/-a najpozneje v šestih mesecih od sklenitve delovnega razmerja.</w:t>
            </w:r>
          </w:p>
        </w:tc>
      </w:tr>
    </w:tbl>
    <w:p w14:paraId="4A672AAE" w14:textId="77777777" w:rsidR="001F3BA3" w:rsidRDefault="00A24A9B">
      <w:pPr>
        <w:pStyle w:val="Hint"/>
      </w:pPr>
      <w:r>
        <w:t>Označite eno možnost.</w:t>
      </w:r>
    </w:p>
    <w:p w14:paraId="72DD2A7A" w14:textId="77777777" w:rsidR="001F3BA3" w:rsidRDefault="00A24A9B">
      <w:pPr>
        <w:pStyle w:val="Hint"/>
        <w:rPr>
          <w:sz w:val="18"/>
          <w:szCs w:val="18"/>
        </w:rPr>
      </w:pPr>
      <w:r>
        <w:rPr>
          <w:sz w:val="18"/>
          <w:szCs w:val="18"/>
        </w:rPr>
        <w:t>b) Znanje angleškega jezika</w:t>
      </w:r>
    </w:p>
    <w:tbl>
      <w:tblPr>
        <w:tblStyle w:val="Tabelamrea"/>
        <w:tblW w:w="0" w:type="auto"/>
        <w:tblLayout w:type="fixed"/>
        <w:tblLook w:val="04A0" w:firstRow="1" w:lastRow="0" w:firstColumn="1" w:lastColumn="0" w:noHBand="0" w:noVBand="1"/>
      </w:tblPr>
      <w:tblGrid>
        <w:gridCol w:w="2493"/>
        <w:gridCol w:w="2493"/>
        <w:gridCol w:w="2493"/>
        <w:gridCol w:w="2493"/>
      </w:tblGrid>
      <w:tr w:rsidR="001F3BA3" w14:paraId="2D726F07" w14:textId="77777777">
        <w:tc>
          <w:tcPr>
            <w:tcW w:w="2493" w:type="dxa"/>
            <w:shd w:val="clear" w:color="auto" w:fill="E9F0F5"/>
          </w:tcPr>
          <w:p w14:paraId="29B37F49" w14:textId="77777777" w:rsidR="001F3BA3" w:rsidRDefault="00A24A9B">
            <w:r>
              <w:rPr>
                <w:b/>
              </w:rPr>
              <w:t>Jezik</w:t>
            </w:r>
          </w:p>
        </w:tc>
        <w:tc>
          <w:tcPr>
            <w:tcW w:w="2493" w:type="dxa"/>
            <w:shd w:val="clear" w:color="auto" w:fill="E9F0F5"/>
          </w:tcPr>
          <w:p w14:paraId="6626DBD3" w14:textId="77777777" w:rsidR="001F3BA3" w:rsidRDefault="00A24A9B">
            <w:r>
              <w:rPr>
                <w:b/>
              </w:rPr>
              <w:t>B2</w:t>
            </w:r>
          </w:p>
        </w:tc>
        <w:tc>
          <w:tcPr>
            <w:tcW w:w="2493" w:type="dxa"/>
            <w:shd w:val="clear" w:color="auto" w:fill="E9F0F5"/>
          </w:tcPr>
          <w:p w14:paraId="7BCC125A" w14:textId="77777777" w:rsidR="001F3BA3" w:rsidRDefault="00A24A9B">
            <w:r>
              <w:rPr>
                <w:b/>
              </w:rPr>
              <w:t>C1</w:t>
            </w:r>
          </w:p>
        </w:tc>
        <w:tc>
          <w:tcPr>
            <w:tcW w:w="2493" w:type="dxa"/>
            <w:shd w:val="clear" w:color="auto" w:fill="E9F0F5"/>
          </w:tcPr>
          <w:p w14:paraId="5EE90BB1" w14:textId="77777777" w:rsidR="001F3BA3" w:rsidRDefault="00A24A9B">
            <w:r>
              <w:rPr>
                <w:b/>
              </w:rPr>
              <w:t>C2</w:t>
            </w:r>
          </w:p>
        </w:tc>
      </w:tr>
      <w:tr w:rsidR="001F3BA3" w14:paraId="3143E180" w14:textId="77777777">
        <w:tc>
          <w:tcPr>
            <w:tcW w:w="2493" w:type="dxa"/>
          </w:tcPr>
          <w:p w14:paraId="1A1A1E56" w14:textId="77777777" w:rsidR="001F3BA3" w:rsidRDefault="00A24A9B">
            <w:r>
              <w:t>Angleški jezik</w:t>
            </w:r>
          </w:p>
        </w:tc>
        <w:tc>
          <w:tcPr>
            <w:tcW w:w="2493" w:type="dxa"/>
          </w:tcPr>
          <w:p w14:paraId="770A84F5" w14:textId="77777777" w:rsidR="001F3BA3" w:rsidRDefault="00A24A9B">
            <w:r>
              <w:t>☐</w:t>
            </w:r>
          </w:p>
        </w:tc>
        <w:tc>
          <w:tcPr>
            <w:tcW w:w="2493" w:type="dxa"/>
          </w:tcPr>
          <w:p w14:paraId="699BA24A" w14:textId="77777777" w:rsidR="001F3BA3" w:rsidRDefault="00A24A9B">
            <w:r>
              <w:t>☐</w:t>
            </w:r>
          </w:p>
        </w:tc>
        <w:tc>
          <w:tcPr>
            <w:tcW w:w="2493" w:type="dxa"/>
          </w:tcPr>
          <w:p w14:paraId="12ADD152" w14:textId="77777777" w:rsidR="001F3BA3" w:rsidRDefault="00A24A9B">
            <w:r>
              <w:t>☐</w:t>
            </w:r>
          </w:p>
        </w:tc>
      </w:tr>
    </w:tbl>
    <w:p w14:paraId="142EB382" w14:textId="77777777" w:rsidR="001F3BA3" w:rsidRDefault="00A24A9B">
      <w:pPr>
        <w:pStyle w:val="Hint"/>
      </w:pPr>
      <w:r>
        <w:t>Označite raven znanja po Skupnem evropskem jezikovnem okviru (SEJO). Zahtevana je najmanj raven B2.</w:t>
      </w:r>
    </w:p>
    <w:p w14:paraId="5EA94B0E" w14:textId="77777777" w:rsidR="001F3BA3" w:rsidRDefault="00A24A9B">
      <w:pPr>
        <w:pStyle w:val="Section"/>
        <w:keepNext/>
      </w:pPr>
      <w:r>
        <w:t>5. ŽIVLJENJEPIS</w:t>
      </w:r>
    </w:p>
    <w:p w14:paraId="1FB14735" w14:textId="77777777" w:rsidR="001F3BA3" w:rsidRDefault="00A24A9B">
      <w:pPr>
        <w:pStyle w:val="Hint"/>
        <w:rPr>
          <w:sz w:val="18"/>
          <w:szCs w:val="18"/>
        </w:rPr>
      </w:pPr>
      <w:r>
        <w:rPr>
          <w:sz w:val="18"/>
          <w:szCs w:val="18"/>
        </w:rPr>
        <w:t>Kratek življenjepis:</w:t>
      </w:r>
    </w:p>
    <w:tbl>
      <w:tblPr>
        <w:tblStyle w:val="Tabelamrea"/>
        <w:tblW w:w="0" w:type="auto"/>
        <w:tblLook w:val="04A0" w:firstRow="1" w:lastRow="0" w:firstColumn="1" w:lastColumn="0" w:noHBand="0" w:noVBand="1"/>
      </w:tblPr>
      <w:tblGrid>
        <w:gridCol w:w="9962"/>
      </w:tblGrid>
      <w:tr w:rsidR="001F3BA3" w14:paraId="40C131E8" w14:textId="77777777">
        <w:trPr>
          <w:trHeight w:val="907"/>
        </w:trPr>
        <w:tc>
          <w:tcPr>
            <w:tcW w:w="9972" w:type="dxa"/>
          </w:tcPr>
          <w:p w14:paraId="6F057E0A" w14:textId="77777777" w:rsidR="001F3BA3" w:rsidRDefault="00A24A9B">
            <w:r>
              <w:t xml:space="preserve"> </w:t>
            </w:r>
          </w:p>
        </w:tc>
      </w:tr>
    </w:tbl>
    <w:p w14:paraId="4EA456E4" w14:textId="77777777" w:rsidR="001F3BA3" w:rsidRDefault="00A24A9B">
      <w:pPr>
        <w:pStyle w:val="Section"/>
        <w:keepNext/>
      </w:pPr>
      <w:r>
        <w:t>6. RAZLOGI ZA PRIJAVO</w:t>
      </w:r>
    </w:p>
    <w:p w14:paraId="11A638DB" w14:textId="77777777" w:rsidR="001F3BA3" w:rsidRDefault="00A24A9B">
      <w:pPr>
        <w:pStyle w:val="Hint"/>
        <w:rPr>
          <w:sz w:val="18"/>
          <w:szCs w:val="18"/>
        </w:rPr>
      </w:pPr>
      <w:r>
        <w:rPr>
          <w:sz w:val="18"/>
          <w:szCs w:val="18"/>
        </w:rPr>
        <w:t xml:space="preserve">Na kratko navedite razloge za </w:t>
      </w:r>
      <w:r>
        <w:rPr>
          <w:sz w:val="18"/>
          <w:szCs w:val="18"/>
        </w:rPr>
        <w:t>kandidaturo.</w:t>
      </w:r>
    </w:p>
    <w:tbl>
      <w:tblPr>
        <w:tblStyle w:val="Tabelamrea"/>
        <w:tblW w:w="0" w:type="auto"/>
        <w:tblLook w:val="04A0" w:firstRow="1" w:lastRow="0" w:firstColumn="1" w:lastColumn="0" w:noHBand="0" w:noVBand="1"/>
      </w:tblPr>
      <w:tblGrid>
        <w:gridCol w:w="9962"/>
      </w:tblGrid>
      <w:tr w:rsidR="001F3BA3" w14:paraId="1723F476" w14:textId="77777777">
        <w:trPr>
          <w:trHeight w:val="907"/>
        </w:trPr>
        <w:tc>
          <w:tcPr>
            <w:tcW w:w="9972" w:type="dxa"/>
          </w:tcPr>
          <w:p w14:paraId="30DFDCBC" w14:textId="77777777" w:rsidR="001F3BA3" w:rsidRDefault="00A24A9B">
            <w:r>
              <w:t xml:space="preserve"> </w:t>
            </w:r>
          </w:p>
        </w:tc>
      </w:tr>
    </w:tbl>
    <w:p w14:paraId="59661660" w14:textId="77777777" w:rsidR="001F3BA3" w:rsidRDefault="00A24A9B">
      <w:pPr>
        <w:pageBreakBefore/>
        <w:spacing w:after="180"/>
        <w:jc w:val="center"/>
      </w:pPr>
      <w:r>
        <w:rPr>
          <w:b/>
          <w:color w:val="124563"/>
          <w:sz w:val="30"/>
        </w:rPr>
        <w:lastRenderedPageBreak/>
        <w:t>IZJAVA</w:t>
      </w:r>
    </w:p>
    <w:tbl>
      <w:tblPr>
        <w:tblStyle w:val="Tabelamrea"/>
        <w:tblW w:w="0" w:type="auto"/>
        <w:tblLayout w:type="fixed"/>
        <w:tblLook w:val="04A0" w:firstRow="1" w:lastRow="0" w:firstColumn="1" w:lastColumn="0" w:noHBand="0" w:noVBand="1"/>
      </w:tblPr>
      <w:tblGrid>
        <w:gridCol w:w="2835"/>
        <w:gridCol w:w="6633"/>
      </w:tblGrid>
      <w:tr w:rsidR="001F3BA3" w14:paraId="667326B5" w14:textId="77777777">
        <w:tc>
          <w:tcPr>
            <w:tcW w:w="2835" w:type="dxa"/>
            <w:shd w:val="clear" w:color="auto" w:fill="E9F0F5"/>
            <w:tcMar>
              <w:top w:w="95" w:type="dxa"/>
              <w:left w:w="110" w:type="dxa"/>
              <w:bottom w:w="95" w:type="dxa"/>
              <w:right w:w="110" w:type="dxa"/>
            </w:tcMar>
            <w:vAlign w:val="center"/>
          </w:tcPr>
          <w:p w14:paraId="3C7553F7" w14:textId="77777777" w:rsidR="001F3BA3" w:rsidRDefault="00A24A9B">
            <w:r>
              <w:t>Ime in priimek</w:t>
            </w:r>
          </w:p>
        </w:tc>
        <w:tc>
          <w:tcPr>
            <w:tcW w:w="6633" w:type="dxa"/>
            <w:tcMar>
              <w:top w:w="95" w:type="dxa"/>
              <w:left w:w="110" w:type="dxa"/>
              <w:bottom w:w="95" w:type="dxa"/>
              <w:right w:w="110" w:type="dxa"/>
            </w:tcMar>
            <w:vAlign w:val="center"/>
          </w:tcPr>
          <w:p w14:paraId="7C230491" w14:textId="77777777" w:rsidR="001F3BA3" w:rsidRDefault="00A24A9B">
            <w:r>
              <w:t xml:space="preserve"> </w:t>
            </w:r>
          </w:p>
        </w:tc>
      </w:tr>
      <w:tr w:rsidR="001F3BA3" w14:paraId="778E9BAC" w14:textId="77777777">
        <w:tc>
          <w:tcPr>
            <w:tcW w:w="2835" w:type="dxa"/>
            <w:shd w:val="clear" w:color="auto" w:fill="E9F0F5"/>
            <w:tcMar>
              <w:top w:w="95" w:type="dxa"/>
              <w:left w:w="110" w:type="dxa"/>
              <w:bottom w:w="95" w:type="dxa"/>
              <w:right w:w="110" w:type="dxa"/>
            </w:tcMar>
            <w:vAlign w:val="center"/>
          </w:tcPr>
          <w:p w14:paraId="6AA0EDA7" w14:textId="77777777" w:rsidR="001F3BA3" w:rsidRDefault="00A24A9B">
            <w:r>
              <w:t>EMŠO</w:t>
            </w:r>
          </w:p>
        </w:tc>
        <w:tc>
          <w:tcPr>
            <w:tcW w:w="6633" w:type="dxa"/>
            <w:tcMar>
              <w:top w:w="95" w:type="dxa"/>
              <w:left w:w="110" w:type="dxa"/>
              <w:bottom w:w="95" w:type="dxa"/>
              <w:right w:w="110" w:type="dxa"/>
            </w:tcMar>
            <w:vAlign w:val="center"/>
          </w:tcPr>
          <w:p w14:paraId="3ACA2232" w14:textId="77777777" w:rsidR="001F3BA3" w:rsidRDefault="00A24A9B">
            <w:r>
              <w:t xml:space="preserve"> </w:t>
            </w:r>
          </w:p>
        </w:tc>
      </w:tr>
    </w:tbl>
    <w:p w14:paraId="34F70893" w14:textId="77777777" w:rsidR="001F3BA3" w:rsidRDefault="001F3BA3">
      <w:pPr>
        <w:rPr>
          <w:b/>
        </w:rPr>
      </w:pPr>
    </w:p>
    <w:p w14:paraId="0410C93F" w14:textId="77777777" w:rsidR="001F3BA3" w:rsidRDefault="00A24A9B">
      <w:r>
        <w:rPr>
          <w:b/>
        </w:rPr>
        <w:t>PODATKI O ZADNJI PRIDOBLJENI IZOBRAZBI</w:t>
      </w:r>
    </w:p>
    <w:tbl>
      <w:tblPr>
        <w:tblStyle w:val="Tabelamrea"/>
        <w:tblW w:w="0" w:type="auto"/>
        <w:tblLayout w:type="fixed"/>
        <w:tblLook w:val="04A0" w:firstRow="1" w:lastRow="0" w:firstColumn="1" w:lastColumn="0" w:noHBand="0" w:noVBand="1"/>
      </w:tblPr>
      <w:tblGrid>
        <w:gridCol w:w="2835"/>
        <w:gridCol w:w="6633"/>
      </w:tblGrid>
      <w:tr w:rsidR="001F3BA3" w14:paraId="4DD399D0" w14:textId="77777777">
        <w:tc>
          <w:tcPr>
            <w:tcW w:w="2835" w:type="dxa"/>
            <w:shd w:val="clear" w:color="auto" w:fill="E9F0F5"/>
            <w:tcMar>
              <w:top w:w="95" w:type="dxa"/>
              <w:left w:w="110" w:type="dxa"/>
              <w:bottom w:w="95" w:type="dxa"/>
              <w:right w:w="110" w:type="dxa"/>
            </w:tcMar>
            <w:vAlign w:val="center"/>
          </w:tcPr>
          <w:p w14:paraId="13052133" w14:textId="77777777" w:rsidR="001F3BA3" w:rsidRDefault="00A24A9B">
            <w:r>
              <w:t>Ime in sedež šole</w:t>
            </w:r>
          </w:p>
        </w:tc>
        <w:tc>
          <w:tcPr>
            <w:tcW w:w="6633" w:type="dxa"/>
            <w:tcMar>
              <w:top w:w="95" w:type="dxa"/>
              <w:left w:w="110" w:type="dxa"/>
              <w:bottom w:w="95" w:type="dxa"/>
              <w:right w:w="110" w:type="dxa"/>
            </w:tcMar>
            <w:vAlign w:val="center"/>
          </w:tcPr>
          <w:p w14:paraId="46D7548E" w14:textId="77777777" w:rsidR="001F3BA3" w:rsidRDefault="00A24A9B">
            <w:r>
              <w:t xml:space="preserve"> </w:t>
            </w:r>
          </w:p>
        </w:tc>
      </w:tr>
      <w:tr w:rsidR="001F3BA3" w14:paraId="2A2F0F4D" w14:textId="77777777">
        <w:tc>
          <w:tcPr>
            <w:tcW w:w="2835" w:type="dxa"/>
            <w:shd w:val="clear" w:color="auto" w:fill="E9F0F5"/>
            <w:tcMar>
              <w:top w:w="95" w:type="dxa"/>
              <w:left w:w="110" w:type="dxa"/>
              <w:bottom w:w="95" w:type="dxa"/>
              <w:right w:w="110" w:type="dxa"/>
            </w:tcMar>
            <w:vAlign w:val="center"/>
          </w:tcPr>
          <w:p w14:paraId="49C08C51" w14:textId="77777777" w:rsidR="001F3BA3" w:rsidRDefault="00A24A9B">
            <w:r>
              <w:t>Naziv strokovne izobrazbe</w:t>
            </w:r>
          </w:p>
        </w:tc>
        <w:tc>
          <w:tcPr>
            <w:tcW w:w="6633" w:type="dxa"/>
            <w:tcMar>
              <w:top w:w="95" w:type="dxa"/>
              <w:left w:w="110" w:type="dxa"/>
              <w:bottom w:w="95" w:type="dxa"/>
              <w:right w:w="110" w:type="dxa"/>
            </w:tcMar>
            <w:vAlign w:val="center"/>
          </w:tcPr>
          <w:p w14:paraId="7AD3CB66" w14:textId="77777777" w:rsidR="001F3BA3" w:rsidRDefault="00A24A9B">
            <w:r>
              <w:t xml:space="preserve"> </w:t>
            </w:r>
          </w:p>
        </w:tc>
      </w:tr>
      <w:tr w:rsidR="001F3BA3" w14:paraId="723DD1D6" w14:textId="77777777">
        <w:tc>
          <w:tcPr>
            <w:tcW w:w="2835" w:type="dxa"/>
            <w:shd w:val="clear" w:color="auto" w:fill="E9F0F5"/>
            <w:tcMar>
              <w:top w:w="95" w:type="dxa"/>
              <w:left w:w="110" w:type="dxa"/>
              <w:bottom w:w="95" w:type="dxa"/>
              <w:right w:w="110" w:type="dxa"/>
            </w:tcMar>
            <w:vAlign w:val="center"/>
          </w:tcPr>
          <w:p w14:paraId="6A6AD190" w14:textId="77777777" w:rsidR="001F3BA3" w:rsidRDefault="00A24A9B">
            <w:r>
              <w:t>Številka zaključnega spričevala</w:t>
            </w:r>
          </w:p>
        </w:tc>
        <w:tc>
          <w:tcPr>
            <w:tcW w:w="6633" w:type="dxa"/>
            <w:tcMar>
              <w:top w:w="95" w:type="dxa"/>
              <w:left w:w="110" w:type="dxa"/>
              <w:bottom w:w="95" w:type="dxa"/>
              <w:right w:w="110" w:type="dxa"/>
            </w:tcMar>
            <w:vAlign w:val="center"/>
          </w:tcPr>
          <w:p w14:paraId="1EF6844A" w14:textId="77777777" w:rsidR="001F3BA3" w:rsidRDefault="00A24A9B">
            <w:r>
              <w:t xml:space="preserve"> </w:t>
            </w:r>
          </w:p>
        </w:tc>
      </w:tr>
      <w:tr w:rsidR="001F3BA3" w14:paraId="5D7507DB" w14:textId="77777777">
        <w:tc>
          <w:tcPr>
            <w:tcW w:w="2835" w:type="dxa"/>
            <w:shd w:val="clear" w:color="auto" w:fill="E9F0F5"/>
            <w:tcMar>
              <w:top w:w="95" w:type="dxa"/>
              <w:left w:w="110" w:type="dxa"/>
              <w:bottom w:w="95" w:type="dxa"/>
              <w:right w:w="110" w:type="dxa"/>
            </w:tcMar>
            <w:vAlign w:val="center"/>
          </w:tcPr>
          <w:p w14:paraId="48A7FF78" w14:textId="77777777" w:rsidR="001F3BA3" w:rsidRDefault="00A24A9B">
            <w:r>
              <w:t>Datum zaključka</w:t>
            </w:r>
          </w:p>
        </w:tc>
        <w:tc>
          <w:tcPr>
            <w:tcW w:w="6633" w:type="dxa"/>
            <w:tcMar>
              <w:top w:w="95" w:type="dxa"/>
              <w:left w:w="110" w:type="dxa"/>
              <w:bottom w:w="95" w:type="dxa"/>
              <w:right w:w="110" w:type="dxa"/>
            </w:tcMar>
            <w:vAlign w:val="center"/>
          </w:tcPr>
          <w:p w14:paraId="70007AD4" w14:textId="77777777" w:rsidR="001F3BA3" w:rsidRDefault="00A24A9B">
            <w:r>
              <w:t xml:space="preserve"> </w:t>
            </w:r>
          </w:p>
        </w:tc>
      </w:tr>
    </w:tbl>
    <w:p w14:paraId="6DBB4BAD" w14:textId="77777777" w:rsidR="001F3BA3" w:rsidRDefault="001F3BA3">
      <w:pPr>
        <w:rPr>
          <w:b/>
        </w:rPr>
      </w:pPr>
    </w:p>
    <w:p w14:paraId="455313FF" w14:textId="77777777" w:rsidR="001F3BA3" w:rsidRDefault="001F3BA3">
      <w:pPr>
        <w:rPr>
          <w:b/>
        </w:rPr>
      </w:pPr>
    </w:p>
    <w:p w14:paraId="1F330A0F" w14:textId="77777777" w:rsidR="001F3BA3" w:rsidRDefault="00A24A9B">
      <w:pPr>
        <w:spacing w:line="480" w:lineRule="auto"/>
      </w:pPr>
      <w:r>
        <w:rPr>
          <w:b/>
        </w:rPr>
        <w:t>IZJAVLJAM, da:</w:t>
      </w:r>
    </w:p>
    <w:p w14:paraId="0415B4EC" w14:textId="77777777" w:rsidR="001F3BA3" w:rsidRDefault="00A24A9B">
      <w:pPr>
        <w:pStyle w:val="Oznaenseznam"/>
        <w:spacing w:after="100" w:line="480" w:lineRule="auto"/>
      </w:pPr>
      <w:r>
        <w:t xml:space="preserve">izpolnjujem pogoje za zasedbo </w:t>
      </w:r>
      <w:r>
        <w:t>delovnega mesta, za katerega kandidiram, razen strokovnega izpita iz upravnega postopka, če sem označil/-a možnost naknadne oprave;</w:t>
      </w:r>
    </w:p>
    <w:p w14:paraId="4FCA828C" w14:textId="77777777" w:rsidR="001F3BA3" w:rsidRDefault="00A24A9B">
      <w:pPr>
        <w:pStyle w:val="Oznaenseznam"/>
        <w:spacing w:after="100" w:line="480" w:lineRule="auto"/>
      </w:pPr>
      <w:r>
        <w:t>izpolnjujem pogoj znanja angleškega jezika najmanj na ravni B2;</w:t>
      </w:r>
    </w:p>
    <w:p w14:paraId="26FF1345" w14:textId="77777777" w:rsidR="001F3BA3" w:rsidRDefault="00A24A9B">
      <w:pPr>
        <w:pStyle w:val="Oznaenseznam"/>
        <w:spacing w:after="100" w:line="480" w:lineRule="auto"/>
      </w:pPr>
      <w:r>
        <w:t>imam opravljen strokovni izpit iz upravnega postopka oziroma ga bom opravil/-a v šestih mesecih od sklenitve delovnega razmerja, kakor sem označil/-a v vlogi;</w:t>
      </w:r>
    </w:p>
    <w:p w14:paraId="229312D0" w14:textId="77777777" w:rsidR="001F3BA3" w:rsidRDefault="00A24A9B">
      <w:pPr>
        <w:pStyle w:val="Oznaenseznam"/>
        <w:spacing w:after="100" w:line="480" w:lineRule="auto"/>
      </w:pPr>
      <w:r>
        <w:t>sem državljan/-</w:t>
      </w:r>
      <w:proofErr w:type="spellStart"/>
      <w:r>
        <w:t>ka</w:t>
      </w:r>
      <w:proofErr w:type="spellEnd"/>
      <w:r>
        <w:t xml:space="preserve"> Republike Slovenije;</w:t>
      </w:r>
    </w:p>
    <w:p w14:paraId="7F4579BE" w14:textId="77777777" w:rsidR="001F3BA3" w:rsidRDefault="00A24A9B">
      <w:pPr>
        <w:pStyle w:val="Oznaenseznam"/>
        <w:spacing w:after="100" w:line="480" w:lineRule="auto"/>
      </w:pPr>
      <w:r>
        <w:t>nisem bil/-a pravnomočno obsojen/-a zaradi naklepnega kaznivega dejanja, ki se preganja po uradni dolžnosti, in nisem bil/-a obsojen/-a na nepogojno kazen zapora v trajanju več kot šest mesecev;</w:t>
      </w:r>
    </w:p>
    <w:p w14:paraId="275C7978" w14:textId="77777777" w:rsidR="001F3BA3" w:rsidRDefault="00A24A9B">
      <w:pPr>
        <w:pStyle w:val="Oznaenseznam"/>
        <w:spacing w:after="100" w:line="480" w:lineRule="auto"/>
      </w:pPr>
      <w:r>
        <w:t>zoper mene ni bila vložena pravnomočna obtožnica zaradi naklepnega kaznivega dejanja, ki se preganja po uradni dolžnosti.</w:t>
      </w:r>
    </w:p>
    <w:p w14:paraId="21ACA56C" w14:textId="77777777" w:rsidR="001F3BA3" w:rsidRDefault="001F3BA3">
      <w:pPr>
        <w:spacing w:line="480" w:lineRule="auto"/>
      </w:pPr>
    </w:p>
    <w:p w14:paraId="7752D5E1" w14:textId="77777777" w:rsidR="001F3BA3" w:rsidRDefault="001F3BA3">
      <w:pPr>
        <w:spacing w:line="480" w:lineRule="auto"/>
      </w:pPr>
    </w:p>
    <w:p w14:paraId="3FE41B0A" w14:textId="77777777" w:rsidR="001F3BA3" w:rsidRDefault="00A24A9B">
      <w:pPr>
        <w:spacing w:line="480" w:lineRule="auto"/>
      </w:pPr>
      <w:r>
        <w:t>Kraj in datum: ___________________________________       Podpis: ___________________________________</w:t>
      </w:r>
    </w:p>
    <w:sectPr w:rsidR="001F3BA3">
      <w:footerReference w:type="default" r:id="rId8"/>
      <w:pgSz w:w="12240" w:h="15840"/>
      <w:pgMar w:top="935" w:right="1134" w:bottom="879" w:left="1134" w:header="397"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D8F15" w14:textId="77777777" w:rsidR="001F3BA3" w:rsidRDefault="00A24A9B">
      <w:pPr>
        <w:spacing w:after="0" w:line="240" w:lineRule="auto"/>
      </w:pPr>
      <w:r>
        <w:separator/>
      </w:r>
    </w:p>
  </w:endnote>
  <w:endnote w:type="continuationSeparator" w:id="0">
    <w:p w14:paraId="4FD2054B" w14:textId="77777777" w:rsidR="001F3BA3" w:rsidRDefault="00A24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D7C7B" w14:textId="77777777" w:rsidR="001F3BA3" w:rsidRDefault="00A24A9B">
    <w:pPr>
      <w:pStyle w:val="Noga"/>
      <w:jc w:val="center"/>
    </w:pPr>
    <w:r>
      <w:rPr>
        <w:color w:val="5D6A76"/>
        <w:sz w:val="14"/>
      </w:rPr>
      <w:t>Javna agencija za železniški promet Republike Slovenije  |  Priloga k razpisu DM 01003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B83E8" w14:textId="77777777" w:rsidR="001F3BA3" w:rsidRDefault="00A24A9B">
      <w:pPr>
        <w:spacing w:after="0" w:line="240" w:lineRule="auto"/>
      </w:pPr>
      <w:r>
        <w:separator/>
      </w:r>
    </w:p>
  </w:footnote>
  <w:footnote w:type="continuationSeparator" w:id="0">
    <w:p w14:paraId="7B1980FC" w14:textId="77777777" w:rsidR="001F3BA3" w:rsidRDefault="00A24A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918095086">
    <w:abstractNumId w:val="8"/>
  </w:num>
  <w:num w:numId="2" w16cid:durableId="1461995630">
    <w:abstractNumId w:val="6"/>
  </w:num>
  <w:num w:numId="3" w16cid:durableId="22291568">
    <w:abstractNumId w:val="5"/>
  </w:num>
  <w:num w:numId="4" w16cid:durableId="1514106784">
    <w:abstractNumId w:val="4"/>
  </w:num>
  <w:num w:numId="5" w16cid:durableId="482350622">
    <w:abstractNumId w:val="7"/>
  </w:num>
  <w:num w:numId="6" w16cid:durableId="1745761401">
    <w:abstractNumId w:val="3"/>
  </w:num>
  <w:num w:numId="7" w16cid:durableId="738405866">
    <w:abstractNumId w:val="2"/>
  </w:num>
  <w:num w:numId="8" w16cid:durableId="1527673739">
    <w:abstractNumId w:val="1"/>
  </w:num>
  <w:num w:numId="9" w16cid:durableId="482936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4FA"/>
    <w:rsid w:val="00034616"/>
    <w:rsid w:val="0006063C"/>
    <w:rsid w:val="0015074B"/>
    <w:rsid w:val="001F3BA3"/>
    <w:rsid w:val="00256DB7"/>
    <w:rsid w:val="0029639D"/>
    <w:rsid w:val="00304710"/>
    <w:rsid w:val="00326F90"/>
    <w:rsid w:val="00394942"/>
    <w:rsid w:val="00394A88"/>
    <w:rsid w:val="0084098A"/>
    <w:rsid w:val="0096174C"/>
    <w:rsid w:val="009D171F"/>
    <w:rsid w:val="00A24A9B"/>
    <w:rsid w:val="00AA1D8D"/>
    <w:rsid w:val="00B47730"/>
    <w:rsid w:val="00CB0664"/>
    <w:rsid w:val="00DB22E7"/>
    <w:rsid w:val="00F434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8087E2"/>
  <w14:defaultImageDpi w14:val="300"/>
  <w15:docId w15:val="{CBEE92B0-8404-4060-A897-EA55F861F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sl-SI"/>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60"/>
    </w:pPr>
    <w:rPr>
      <w:rFonts w:ascii="Aptos" w:hAnsi="Aptos"/>
      <w:color w:val="25313E"/>
      <w:sz w:val="18"/>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
    <w:name w:val="Section"/>
    <w:basedOn w:val="Navaden"/>
    <w:pPr>
      <w:spacing w:before="200" w:after="100"/>
    </w:pPr>
    <w:rPr>
      <w:b/>
      <w:color w:val="144261"/>
      <w:sz w:val="22"/>
    </w:rPr>
  </w:style>
  <w:style w:type="paragraph" w:customStyle="1" w:styleId="Hint">
    <w:name w:val="Hint"/>
    <w:basedOn w:val="Navaden"/>
    <w:pPr>
      <w:spacing w:after="100"/>
    </w:pPr>
    <w:rPr>
      <w:color w:val="5D6974"/>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553</Words>
  <Characters>3157</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Vloga za zaposlitev – Področni sekretar PVK – razširljive preglednice</vt:lpstr>
      <vt:lpstr/>
    </vt:vector>
  </TitlesOfParts>
  <Manager/>
  <Company/>
  <LinksUpToDate>false</LinksUpToDate>
  <CharactersWithSpaces>3703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 Hercog</dc:creator>
  <cp:lastModifiedBy>Suzana Hercog</cp:lastModifiedBy>
  <cp:revision>2</cp:revision>
  <dcterms:created xsi:type="dcterms:W3CDTF">2026-10-15T09:45:00Z</dcterms:created>
  <dcterms:modified xsi:type="dcterms:W3CDTF">2026-10-15T09:45:00Z</dcterms:modified>
</cp:coreProperties>
</file>